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F977D" w14:textId="77777777" w:rsidR="00F20F1A" w:rsidRPr="00A74205" w:rsidRDefault="0066595D" w:rsidP="00F20F1A">
      <w:pPr>
        <w:spacing w:after="0" w:line="240" w:lineRule="auto"/>
        <w:jc w:val="right"/>
        <w:rPr>
          <w:rFonts w:cs="Times New Roman"/>
          <w:sz w:val="24"/>
          <w:szCs w:val="28"/>
          <w:lang w:val="kk-KZ"/>
        </w:rPr>
      </w:pPr>
      <w:r>
        <w:rPr>
          <w:rFonts w:cs="Times New Roman"/>
          <w:noProof/>
          <w:sz w:val="24"/>
          <w:szCs w:val="28"/>
          <w:lang w:val="ru-RU" w:eastAsia="ru-RU"/>
        </w:rPr>
        <w:drawing>
          <wp:anchor distT="0" distB="0" distL="114300" distR="114300" simplePos="0" relativeHeight="251659264" behindDoc="1" locked="0" layoutInCell="1" allowOverlap="1" wp14:anchorId="2106E052" wp14:editId="1FD87EC3">
            <wp:simplePos x="0" y="0"/>
            <wp:positionH relativeFrom="column">
              <wp:posOffset>5332095</wp:posOffset>
            </wp:positionH>
            <wp:positionV relativeFrom="paragraph">
              <wp:posOffset>-697230</wp:posOffset>
            </wp:positionV>
            <wp:extent cx="1219200" cy="1457325"/>
            <wp:effectExtent l="19050" t="0" r="0" b="0"/>
            <wp:wrapNone/>
            <wp:docPr id="11"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6" cstate="print"/>
                    <a:srcRect/>
                    <a:stretch>
                      <a:fillRect/>
                    </a:stretch>
                  </pic:blipFill>
                  <pic:spPr>
                    <a:xfrm>
                      <a:off x="0" y="0"/>
                      <a:ext cx="1219200" cy="1457325"/>
                    </a:xfrm>
                    <a:prstGeom prst="rect">
                      <a:avLst/>
                    </a:prstGeom>
                    <a:noFill/>
                    <a:ln w="9525">
                      <a:noFill/>
                      <a:miter lim="800000"/>
                      <a:headEnd/>
                      <a:tailEnd/>
                    </a:ln>
                  </pic:spPr>
                </pic:pic>
              </a:graphicData>
            </a:graphic>
          </wp:anchor>
        </w:drawing>
      </w:r>
      <w:r w:rsidR="00F20F1A" w:rsidRPr="00A74205">
        <w:rPr>
          <w:rFonts w:cs="Times New Roman"/>
          <w:sz w:val="24"/>
          <w:szCs w:val="28"/>
          <w:lang w:val="kk-KZ"/>
        </w:rPr>
        <w:t xml:space="preserve">Бекітемін____________                                                                                                                              </w:t>
      </w:r>
    </w:p>
    <w:p w14:paraId="22F376EB" w14:textId="77777777" w:rsidR="00F20F1A" w:rsidRPr="00A74205" w:rsidRDefault="00F20F1A" w:rsidP="00F20F1A">
      <w:pPr>
        <w:spacing w:after="0" w:line="240" w:lineRule="auto"/>
        <w:jc w:val="right"/>
        <w:rPr>
          <w:rFonts w:cs="Times New Roman"/>
          <w:sz w:val="24"/>
          <w:szCs w:val="28"/>
          <w:lang w:val="kk-KZ"/>
        </w:rPr>
      </w:pPr>
      <w:r w:rsidRPr="00A74205">
        <w:rPr>
          <w:rFonts w:cs="Times New Roman"/>
          <w:sz w:val="24"/>
          <w:szCs w:val="28"/>
          <w:lang w:val="kk-KZ"/>
        </w:rPr>
        <w:t xml:space="preserve">                         «Ажар» балабақша  </w:t>
      </w:r>
    </w:p>
    <w:p w14:paraId="5711BF64" w14:textId="3E92821F" w:rsidR="00F20F1A" w:rsidRPr="00A74205" w:rsidRDefault="001A406D" w:rsidP="001A406D">
      <w:pPr>
        <w:spacing w:after="0" w:line="240" w:lineRule="auto"/>
        <w:jc w:val="right"/>
        <w:rPr>
          <w:rFonts w:cs="Times New Roman"/>
          <w:sz w:val="24"/>
          <w:szCs w:val="28"/>
          <w:lang w:val="kk-KZ"/>
        </w:rPr>
      </w:pPr>
      <w:r>
        <w:rPr>
          <w:rFonts w:cs="Times New Roman"/>
          <w:sz w:val="24"/>
          <w:szCs w:val="28"/>
          <w:lang w:val="kk-KZ"/>
        </w:rPr>
        <w:t>м</w:t>
      </w:r>
      <w:r w:rsidR="00F20F1A" w:rsidRPr="00A74205">
        <w:rPr>
          <w:rFonts w:cs="Times New Roman"/>
          <w:sz w:val="24"/>
          <w:szCs w:val="28"/>
          <w:lang w:val="kk-KZ"/>
        </w:rPr>
        <w:t xml:space="preserve">еңгерушісі Д. </w:t>
      </w:r>
      <w:r>
        <w:rPr>
          <w:sz w:val="24"/>
          <w:szCs w:val="28"/>
          <w:lang w:val="kk-KZ"/>
        </w:rPr>
        <w:t>Кеңес</w:t>
      </w:r>
      <w:r w:rsidR="00F20F1A">
        <w:rPr>
          <w:sz w:val="24"/>
          <w:szCs w:val="28"/>
          <w:lang w:val="kk-KZ"/>
        </w:rPr>
        <w:t xml:space="preserve">                                                                                                                            </w:t>
      </w:r>
      <w:r w:rsidR="0066595D">
        <w:rPr>
          <w:sz w:val="24"/>
          <w:szCs w:val="28"/>
          <w:lang w:val="kk-KZ"/>
        </w:rPr>
        <w:t xml:space="preserve">      </w:t>
      </w:r>
      <w:r w:rsidR="00F20F1A">
        <w:rPr>
          <w:sz w:val="24"/>
          <w:szCs w:val="28"/>
          <w:lang w:val="kk-KZ"/>
        </w:rPr>
        <w:t xml:space="preserve">  </w:t>
      </w:r>
      <w:r w:rsidR="00F20F1A" w:rsidRPr="00A74205">
        <w:rPr>
          <w:rFonts w:cs="Times New Roman"/>
          <w:sz w:val="24"/>
          <w:szCs w:val="28"/>
          <w:lang w:val="kk-KZ"/>
        </w:rPr>
        <w:t>«29» тамыз  202</w:t>
      </w:r>
      <w:r w:rsidR="00F20F1A">
        <w:rPr>
          <w:sz w:val="24"/>
          <w:szCs w:val="28"/>
          <w:lang w:val="kk-KZ"/>
        </w:rPr>
        <w:t>6</w:t>
      </w:r>
      <w:r w:rsidR="00F20F1A" w:rsidRPr="00A74205">
        <w:rPr>
          <w:rFonts w:cs="Times New Roman"/>
          <w:sz w:val="24"/>
          <w:szCs w:val="28"/>
          <w:lang w:val="kk-KZ"/>
        </w:rPr>
        <w:t xml:space="preserve"> ж</w:t>
      </w:r>
    </w:p>
    <w:p w14:paraId="5EE84F0B" w14:textId="77777777" w:rsidR="00F20F1A" w:rsidRPr="00A74205" w:rsidRDefault="00F20F1A" w:rsidP="00F20F1A">
      <w:pPr>
        <w:rPr>
          <w:sz w:val="24"/>
          <w:lang w:val="kk-KZ"/>
        </w:rPr>
      </w:pPr>
    </w:p>
    <w:p w14:paraId="112D5288" w14:textId="77777777" w:rsidR="00F20F1A" w:rsidRDefault="00F20F1A" w:rsidP="00F20F1A">
      <w:pPr>
        <w:rPr>
          <w:sz w:val="24"/>
          <w:lang w:val="kk-KZ"/>
        </w:rPr>
      </w:pPr>
    </w:p>
    <w:p w14:paraId="12C3F6B6" w14:textId="77777777" w:rsidR="00F20F1A" w:rsidRDefault="00F20F1A" w:rsidP="00F20F1A">
      <w:pPr>
        <w:rPr>
          <w:sz w:val="24"/>
          <w:lang w:val="kk-KZ"/>
        </w:rPr>
      </w:pPr>
    </w:p>
    <w:p w14:paraId="02DC6CA7" w14:textId="77777777" w:rsidR="00F20F1A" w:rsidRDefault="00F20F1A" w:rsidP="00F20F1A">
      <w:pPr>
        <w:rPr>
          <w:sz w:val="24"/>
          <w:lang w:val="kk-KZ"/>
        </w:rPr>
      </w:pPr>
    </w:p>
    <w:p w14:paraId="5D40EF8C" w14:textId="77777777" w:rsidR="00F20F1A" w:rsidRDefault="00F20F1A" w:rsidP="00F20F1A">
      <w:pPr>
        <w:rPr>
          <w:sz w:val="24"/>
          <w:lang w:val="kk-KZ"/>
        </w:rPr>
      </w:pPr>
    </w:p>
    <w:p w14:paraId="1F32C680" w14:textId="77777777" w:rsidR="00F20F1A" w:rsidRPr="00A74205" w:rsidRDefault="00F20F1A" w:rsidP="00F20F1A">
      <w:pPr>
        <w:jc w:val="both"/>
        <w:rPr>
          <w:sz w:val="24"/>
          <w:lang w:val="kk-KZ"/>
        </w:rPr>
      </w:pPr>
    </w:p>
    <w:p w14:paraId="79F5D18C" w14:textId="77777777" w:rsidR="00F20F1A" w:rsidRPr="00A74205" w:rsidRDefault="00F20F1A" w:rsidP="00F20F1A">
      <w:pPr>
        <w:jc w:val="both"/>
        <w:rPr>
          <w:sz w:val="24"/>
          <w:lang w:val="kk-KZ"/>
        </w:rPr>
      </w:pPr>
    </w:p>
    <w:p w14:paraId="6674D8C6" w14:textId="77777777" w:rsidR="00F20F1A" w:rsidRPr="0066595D" w:rsidRDefault="00F20F1A" w:rsidP="00281B13">
      <w:pPr>
        <w:spacing w:after="0"/>
        <w:jc w:val="center"/>
        <w:rPr>
          <w:sz w:val="28"/>
          <w:szCs w:val="28"/>
          <w:lang w:val="kk-KZ"/>
        </w:rPr>
      </w:pPr>
    </w:p>
    <w:p w14:paraId="2BAD19F1" w14:textId="77777777" w:rsidR="00281B13" w:rsidRDefault="00281B13" w:rsidP="00281B13">
      <w:pPr>
        <w:spacing w:after="0" w:line="240" w:lineRule="auto"/>
        <w:jc w:val="center"/>
        <w:rPr>
          <w:rFonts w:cs="Times New Roman"/>
          <w:b/>
          <w:sz w:val="22"/>
          <w:lang w:val="kk-KZ"/>
        </w:rPr>
      </w:pPr>
      <w:r w:rsidRPr="007A437A">
        <w:rPr>
          <w:rFonts w:cs="Times New Roman"/>
          <w:b/>
          <w:sz w:val="22"/>
          <w:lang w:val="kk-KZ"/>
        </w:rPr>
        <w:t xml:space="preserve">2026–2027 ОҚУ ЖЫЛЫНА АРНАЛҒАН </w:t>
      </w:r>
      <w:r>
        <w:rPr>
          <w:rFonts w:cs="Times New Roman"/>
          <w:b/>
          <w:sz w:val="22"/>
          <w:lang w:val="kk-KZ"/>
        </w:rPr>
        <w:t xml:space="preserve">ҚАРЛЫҒАШ </w:t>
      </w:r>
      <w:r w:rsidRPr="007A437A">
        <w:rPr>
          <w:rFonts w:cs="Times New Roman"/>
          <w:b/>
          <w:sz w:val="22"/>
          <w:lang w:val="kk-KZ"/>
        </w:rPr>
        <w:t>ЕРЕСЕК ТОПТЫҢ</w:t>
      </w:r>
    </w:p>
    <w:p w14:paraId="2AC90F9D" w14:textId="77777777" w:rsidR="00281B13" w:rsidRPr="007A437A" w:rsidRDefault="00281B13" w:rsidP="00281B13">
      <w:pPr>
        <w:spacing w:after="0" w:line="240" w:lineRule="auto"/>
        <w:jc w:val="center"/>
        <w:rPr>
          <w:rFonts w:cs="Times New Roman"/>
          <w:sz w:val="22"/>
          <w:lang w:val="kk-KZ"/>
        </w:rPr>
      </w:pPr>
      <w:r w:rsidRPr="007A437A">
        <w:rPr>
          <w:rFonts w:cs="Times New Roman"/>
          <w:b/>
          <w:sz w:val="22"/>
          <w:lang w:val="kk-KZ"/>
        </w:rPr>
        <w:t xml:space="preserve"> (4 ЖАСТАҒЫ БАЛАЛАР)</w:t>
      </w:r>
      <w:r w:rsidRPr="007A437A">
        <w:rPr>
          <w:rFonts w:cs="Times New Roman"/>
          <w:b/>
          <w:sz w:val="22"/>
          <w:lang w:val="kk-KZ"/>
        </w:rPr>
        <w:br/>
        <w:t>«МУЗЫКА» ҰЙЫМДАСТЫРЫЛҒАН ІС-ӘРЕКЕТІНІҢ ПЕРСПЕКТИВАЛЫҚ ЖОСПАРЫ</w:t>
      </w:r>
    </w:p>
    <w:p w14:paraId="7E68C46F" w14:textId="77777777" w:rsidR="00F20F1A" w:rsidRDefault="00F20F1A" w:rsidP="0066595D">
      <w:pPr>
        <w:spacing w:after="0"/>
        <w:jc w:val="center"/>
        <w:rPr>
          <w:szCs w:val="32"/>
          <w:lang w:val="kk-KZ"/>
        </w:rPr>
      </w:pPr>
    </w:p>
    <w:p w14:paraId="1444E4B1" w14:textId="77777777" w:rsidR="00F20F1A" w:rsidRDefault="00F20F1A" w:rsidP="00F20F1A">
      <w:pPr>
        <w:jc w:val="center"/>
        <w:rPr>
          <w:szCs w:val="32"/>
          <w:lang w:val="kk-KZ"/>
        </w:rPr>
      </w:pPr>
    </w:p>
    <w:p w14:paraId="32061246" w14:textId="77777777" w:rsidR="00F20F1A" w:rsidRDefault="00F20F1A" w:rsidP="00F20F1A">
      <w:pPr>
        <w:jc w:val="center"/>
        <w:rPr>
          <w:szCs w:val="32"/>
          <w:lang w:val="kk-KZ"/>
        </w:rPr>
      </w:pPr>
    </w:p>
    <w:p w14:paraId="2DF7D535" w14:textId="77777777" w:rsidR="00F20F1A" w:rsidRDefault="00F20F1A" w:rsidP="00F20F1A">
      <w:pPr>
        <w:jc w:val="center"/>
        <w:rPr>
          <w:szCs w:val="32"/>
          <w:lang w:val="kk-KZ"/>
        </w:rPr>
      </w:pPr>
    </w:p>
    <w:p w14:paraId="17BB1A90" w14:textId="77777777" w:rsidR="00F20F1A" w:rsidRDefault="00F20F1A" w:rsidP="0066595D">
      <w:pPr>
        <w:rPr>
          <w:sz w:val="24"/>
          <w:lang w:val="kk-KZ"/>
        </w:rPr>
      </w:pPr>
    </w:p>
    <w:p w14:paraId="7FF6C4A6" w14:textId="77777777" w:rsidR="00F20F1A" w:rsidRPr="00A74205" w:rsidRDefault="00F20F1A" w:rsidP="00F20F1A">
      <w:pPr>
        <w:jc w:val="center"/>
        <w:rPr>
          <w:sz w:val="24"/>
          <w:lang w:val="kk-KZ"/>
        </w:rPr>
      </w:pPr>
    </w:p>
    <w:p w14:paraId="38E3194E" w14:textId="77777777" w:rsidR="00F20F1A" w:rsidRPr="00A74205" w:rsidRDefault="00F20F1A" w:rsidP="00F20F1A">
      <w:pPr>
        <w:jc w:val="both"/>
        <w:rPr>
          <w:sz w:val="24"/>
          <w:lang w:val="kk-KZ"/>
        </w:rPr>
      </w:pPr>
    </w:p>
    <w:p w14:paraId="7B4E88B1" w14:textId="77777777" w:rsidR="00F20F1A" w:rsidRPr="00A74205" w:rsidRDefault="00F20F1A" w:rsidP="00F20F1A">
      <w:pPr>
        <w:jc w:val="both"/>
        <w:rPr>
          <w:sz w:val="24"/>
          <w:lang w:val="kk-KZ"/>
        </w:rPr>
      </w:pPr>
    </w:p>
    <w:p w14:paraId="0EDEF9D2" w14:textId="6DAA71E4" w:rsidR="00F20F1A" w:rsidRPr="00A74205" w:rsidRDefault="0066595D" w:rsidP="00F20F1A">
      <w:pPr>
        <w:wordWrap w:val="0"/>
        <w:jc w:val="right"/>
        <w:rPr>
          <w:rFonts w:cs="Times New Roman"/>
          <w:sz w:val="22"/>
          <w:szCs w:val="24"/>
          <w:lang w:val="kk-KZ"/>
        </w:rPr>
      </w:pPr>
      <w:r>
        <w:rPr>
          <w:sz w:val="22"/>
          <w:szCs w:val="24"/>
          <w:lang w:val="kk-KZ"/>
        </w:rPr>
        <w:t xml:space="preserve">Жетекшісі: </w:t>
      </w:r>
      <w:r w:rsidR="00E27A4A">
        <w:rPr>
          <w:sz w:val="22"/>
          <w:szCs w:val="24"/>
          <w:lang w:val="kk-KZ"/>
        </w:rPr>
        <w:t>Закарьянова Ж</w:t>
      </w:r>
    </w:p>
    <w:p w14:paraId="1B22A929" w14:textId="77777777" w:rsidR="00F20F1A" w:rsidRPr="00A74205" w:rsidRDefault="00F20F1A" w:rsidP="00F20F1A">
      <w:pPr>
        <w:spacing w:after="0" w:line="240" w:lineRule="auto"/>
        <w:rPr>
          <w:rFonts w:cs="Times New Roman"/>
          <w:i/>
          <w:sz w:val="24"/>
          <w:szCs w:val="28"/>
          <w:lang w:val="kk-KZ"/>
        </w:rPr>
      </w:pPr>
    </w:p>
    <w:p w14:paraId="1BC04265" w14:textId="77777777" w:rsidR="00F20F1A" w:rsidRPr="00A74205" w:rsidRDefault="00F20F1A" w:rsidP="00F20F1A">
      <w:pPr>
        <w:spacing w:after="0" w:line="240" w:lineRule="auto"/>
        <w:rPr>
          <w:rFonts w:cs="Times New Roman"/>
          <w:i/>
          <w:sz w:val="24"/>
          <w:szCs w:val="28"/>
          <w:lang w:val="kk-KZ"/>
        </w:rPr>
      </w:pPr>
    </w:p>
    <w:p w14:paraId="39BFCE85" w14:textId="77777777" w:rsidR="00F20F1A" w:rsidRDefault="00F20F1A" w:rsidP="00F20F1A">
      <w:pPr>
        <w:spacing w:after="0" w:line="240" w:lineRule="auto"/>
        <w:rPr>
          <w:i/>
          <w:sz w:val="24"/>
          <w:szCs w:val="28"/>
          <w:lang w:val="kk-KZ"/>
        </w:rPr>
      </w:pPr>
    </w:p>
    <w:p w14:paraId="0E629624" w14:textId="77777777" w:rsidR="00F20F1A" w:rsidRDefault="00F20F1A" w:rsidP="00F20F1A">
      <w:pPr>
        <w:spacing w:after="0" w:line="240" w:lineRule="auto"/>
        <w:rPr>
          <w:i/>
          <w:sz w:val="24"/>
          <w:szCs w:val="28"/>
          <w:lang w:val="kk-KZ"/>
        </w:rPr>
      </w:pPr>
    </w:p>
    <w:p w14:paraId="7726A40A" w14:textId="77777777" w:rsidR="00F20F1A" w:rsidRDefault="00F20F1A" w:rsidP="00F20F1A">
      <w:pPr>
        <w:spacing w:after="0" w:line="240" w:lineRule="auto"/>
        <w:rPr>
          <w:i/>
          <w:sz w:val="24"/>
          <w:szCs w:val="28"/>
          <w:lang w:val="kk-KZ"/>
        </w:rPr>
      </w:pPr>
    </w:p>
    <w:p w14:paraId="206FFFFB" w14:textId="77777777" w:rsidR="00F20F1A" w:rsidRDefault="00F20F1A" w:rsidP="00F20F1A">
      <w:pPr>
        <w:spacing w:after="0" w:line="240" w:lineRule="auto"/>
        <w:rPr>
          <w:i/>
          <w:sz w:val="24"/>
          <w:szCs w:val="28"/>
          <w:lang w:val="kk-KZ"/>
        </w:rPr>
      </w:pPr>
    </w:p>
    <w:p w14:paraId="03BC0CD7" w14:textId="77777777" w:rsidR="00F20F1A" w:rsidRDefault="00F20F1A" w:rsidP="00F20F1A">
      <w:pPr>
        <w:spacing w:after="0" w:line="240" w:lineRule="auto"/>
        <w:rPr>
          <w:i/>
          <w:sz w:val="24"/>
          <w:szCs w:val="28"/>
          <w:lang w:val="kk-KZ"/>
        </w:rPr>
      </w:pPr>
    </w:p>
    <w:p w14:paraId="6045409C" w14:textId="77777777" w:rsidR="00F20F1A" w:rsidRDefault="00F20F1A" w:rsidP="00F20F1A">
      <w:pPr>
        <w:spacing w:after="0" w:line="240" w:lineRule="auto"/>
        <w:rPr>
          <w:i/>
          <w:sz w:val="24"/>
          <w:szCs w:val="28"/>
          <w:lang w:val="kk-KZ"/>
        </w:rPr>
      </w:pPr>
    </w:p>
    <w:p w14:paraId="5BCC9CD4" w14:textId="77777777" w:rsidR="00F20F1A" w:rsidRDefault="00F20F1A" w:rsidP="00F20F1A">
      <w:pPr>
        <w:spacing w:after="0" w:line="240" w:lineRule="auto"/>
        <w:rPr>
          <w:i/>
          <w:sz w:val="24"/>
          <w:szCs w:val="28"/>
          <w:lang w:val="kk-KZ"/>
        </w:rPr>
      </w:pPr>
    </w:p>
    <w:p w14:paraId="53A94A08" w14:textId="77777777" w:rsidR="00281B13" w:rsidRDefault="00281B13" w:rsidP="00F20F1A">
      <w:pPr>
        <w:spacing w:after="0" w:line="240" w:lineRule="auto"/>
        <w:rPr>
          <w:i/>
          <w:sz w:val="24"/>
          <w:szCs w:val="28"/>
          <w:lang w:val="kk-KZ"/>
        </w:rPr>
      </w:pPr>
    </w:p>
    <w:p w14:paraId="2089E6A8" w14:textId="77777777" w:rsidR="00281B13" w:rsidRDefault="00281B13" w:rsidP="00F20F1A">
      <w:pPr>
        <w:spacing w:after="0" w:line="240" w:lineRule="auto"/>
        <w:rPr>
          <w:i/>
          <w:sz w:val="24"/>
          <w:szCs w:val="28"/>
          <w:lang w:val="kk-KZ"/>
        </w:rPr>
      </w:pPr>
    </w:p>
    <w:p w14:paraId="65627506" w14:textId="77777777" w:rsidR="00F20F1A" w:rsidRDefault="00F20F1A" w:rsidP="00F20F1A">
      <w:pPr>
        <w:spacing w:after="0" w:line="240" w:lineRule="auto"/>
        <w:rPr>
          <w:i/>
          <w:sz w:val="24"/>
          <w:szCs w:val="28"/>
          <w:lang w:val="kk-KZ"/>
        </w:rPr>
      </w:pPr>
    </w:p>
    <w:p w14:paraId="53A0DC99" w14:textId="77777777" w:rsidR="001A406D" w:rsidRDefault="001A406D" w:rsidP="00F20F1A">
      <w:pPr>
        <w:spacing w:after="0" w:line="240" w:lineRule="auto"/>
        <w:rPr>
          <w:i/>
          <w:sz w:val="24"/>
          <w:szCs w:val="28"/>
          <w:lang w:val="kk-KZ"/>
        </w:rPr>
      </w:pPr>
    </w:p>
    <w:p w14:paraId="0D3057A7" w14:textId="77777777" w:rsidR="00F20F1A" w:rsidRPr="00A74205" w:rsidRDefault="00F20F1A" w:rsidP="00F20F1A">
      <w:pPr>
        <w:spacing w:after="0" w:line="240" w:lineRule="auto"/>
        <w:rPr>
          <w:rFonts w:cs="Times New Roman"/>
          <w:i/>
          <w:sz w:val="24"/>
          <w:szCs w:val="28"/>
          <w:lang w:val="kk-KZ"/>
        </w:rPr>
      </w:pPr>
    </w:p>
    <w:p w14:paraId="129F476F" w14:textId="77777777" w:rsidR="00F20F1A" w:rsidRPr="00A74205" w:rsidRDefault="00281B13" w:rsidP="00F20F1A">
      <w:pPr>
        <w:spacing w:after="0" w:line="240" w:lineRule="auto"/>
        <w:jc w:val="center"/>
        <w:rPr>
          <w:rFonts w:cs="Times New Roman"/>
          <w:iCs/>
          <w:sz w:val="24"/>
          <w:szCs w:val="28"/>
          <w:lang w:val="kk-KZ"/>
        </w:rPr>
      </w:pPr>
      <w:r>
        <w:rPr>
          <w:rFonts w:cs="Times New Roman"/>
          <w:iCs/>
          <w:sz w:val="24"/>
          <w:szCs w:val="28"/>
          <w:lang w:val="kk-KZ"/>
        </w:rPr>
        <w:t>Қараөткел ауылы 2026</w:t>
      </w:r>
      <w:r w:rsidR="00F20F1A" w:rsidRPr="00A74205">
        <w:rPr>
          <w:rFonts w:cs="Times New Roman"/>
          <w:iCs/>
          <w:sz w:val="24"/>
          <w:szCs w:val="28"/>
          <w:lang w:val="kk-KZ"/>
        </w:rPr>
        <w:t xml:space="preserve"> жыл</w:t>
      </w:r>
    </w:p>
    <w:p w14:paraId="038435C9" w14:textId="77777777" w:rsidR="00F20F1A" w:rsidRPr="00A74205" w:rsidRDefault="00F20F1A" w:rsidP="00F20F1A">
      <w:pPr>
        <w:spacing w:after="0" w:line="240" w:lineRule="auto"/>
        <w:jc w:val="center"/>
        <w:rPr>
          <w:rFonts w:cs="Times New Roman"/>
          <w:iCs/>
          <w:sz w:val="24"/>
          <w:szCs w:val="28"/>
          <w:lang w:val="kk-KZ"/>
        </w:rPr>
      </w:pPr>
    </w:p>
    <w:p w14:paraId="021005F0" w14:textId="77777777" w:rsidR="00F20F1A" w:rsidRPr="00A74205" w:rsidRDefault="00F20F1A" w:rsidP="00281B13">
      <w:pPr>
        <w:spacing w:line="240" w:lineRule="auto"/>
        <w:ind w:right="-1"/>
        <w:rPr>
          <w:b/>
          <w:bCs/>
          <w:sz w:val="22"/>
          <w:szCs w:val="24"/>
          <w:lang w:val="kk-KZ"/>
        </w:rPr>
      </w:pPr>
    </w:p>
    <w:p w14:paraId="3BC07838" w14:textId="77777777" w:rsidR="007A437A" w:rsidRPr="0051503B" w:rsidRDefault="007A437A" w:rsidP="007A437A">
      <w:pPr>
        <w:pStyle w:val="TitleMain"/>
        <w:spacing w:line="240" w:lineRule="auto"/>
        <w:jc w:val="center"/>
        <w:rPr>
          <w:rFonts w:cs="Times New Roman"/>
          <w:sz w:val="22"/>
          <w:lang w:val="kk-KZ"/>
        </w:rPr>
      </w:pPr>
      <w:r w:rsidRPr="0051503B">
        <w:rPr>
          <w:rFonts w:cs="Times New Roman"/>
          <w:sz w:val="22"/>
          <w:lang w:val="kk-KZ"/>
        </w:rPr>
        <w:lastRenderedPageBreak/>
        <w:t>ТҮСІНІК ХАТ</w:t>
      </w:r>
    </w:p>
    <w:p w14:paraId="61D0C061" w14:textId="77777777" w:rsidR="007A437A" w:rsidRPr="0051503B" w:rsidRDefault="007A437A" w:rsidP="007A437A">
      <w:pPr>
        <w:spacing w:after="40" w:line="240" w:lineRule="auto"/>
        <w:rPr>
          <w:rFonts w:cs="Times New Roman"/>
          <w:sz w:val="22"/>
          <w:lang w:val="kk-KZ"/>
        </w:rPr>
      </w:pPr>
      <w:r w:rsidRPr="0051503B">
        <w:rPr>
          <w:rFonts w:cs="Times New Roman"/>
          <w:sz w:val="22"/>
          <w:lang w:val="kk-KZ"/>
        </w:rPr>
        <w:t>Ересек топтағы (4 жастағы балалар) «Музыка» ұйымдастырылған іс-әрекетінің 2026–2027 оқу жылына арналған перспективалық жоспары мектепке дейінгі тәрбие мен оқытудың қолданыстағы нормативтік құжаттарына және ересек топқа арналған Үлгілік оқу бағдарламасының мазмұнына сәйкес құрастырылды.</w:t>
      </w:r>
    </w:p>
    <w:p w14:paraId="20713763" w14:textId="77777777" w:rsidR="007A437A" w:rsidRPr="0051503B" w:rsidRDefault="007A437A" w:rsidP="007A437A">
      <w:pPr>
        <w:spacing w:after="40" w:line="240" w:lineRule="auto"/>
        <w:rPr>
          <w:rFonts w:cs="Times New Roman"/>
          <w:sz w:val="22"/>
          <w:lang w:val="kk-KZ"/>
        </w:rPr>
      </w:pPr>
      <w:r w:rsidRPr="0051503B">
        <w:rPr>
          <w:rFonts w:cs="Times New Roman"/>
          <w:b/>
          <w:sz w:val="22"/>
          <w:lang w:val="kk-KZ"/>
        </w:rPr>
        <w:t>Нормативтік негіз:</w:t>
      </w:r>
    </w:p>
    <w:p w14:paraId="326684E4" w14:textId="77777777" w:rsidR="007A437A" w:rsidRPr="0051503B" w:rsidRDefault="007A437A" w:rsidP="007A437A">
      <w:pPr>
        <w:spacing w:after="40" w:line="240" w:lineRule="auto"/>
        <w:rPr>
          <w:rFonts w:cs="Times New Roman"/>
          <w:sz w:val="22"/>
          <w:lang w:val="kk-KZ"/>
        </w:rPr>
      </w:pPr>
      <w:r w:rsidRPr="0051503B">
        <w:rPr>
          <w:rFonts w:cs="Times New Roman"/>
          <w:sz w:val="22"/>
          <w:lang w:val="kk-KZ"/>
        </w:rPr>
        <w:t>– Мектепке дейінгі тәрбие мен оқытудың мемлекеттік жалпыға міндетті стандарты (ҚР Оқу-ағарту министрінің 2022 жылғы 3 тамыздағы № 348 бұйрығы);</w:t>
      </w:r>
    </w:p>
    <w:p w14:paraId="2204F3F3" w14:textId="77777777" w:rsidR="007A437A" w:rsidRPr="0051503B" w:rsidRDefault="007A437A" w:rsidP="007A437A">
      <w:pPr>
        <w:spacing w:after="40" w:line="240" w:lineRule="auto"/>
        <w:rPr>
          <w:rFonts w:cs="Times New Roman"/>
          <w:sz w:val="22"/>
          <w:lang w:val="kk-KZ"/>
        </w:rPr>
      </w:pPr>
      <w:r w:rsidRPr="0051503B">
        <w:rPr>
          <w:rFonts w:cs="Times New Roman"/>
          <w:sz w:val="22"/>
          <w:lang w:val="kk-KZ"/>
        </w:rPr>
        <w:t>– Мектепке дейінгі тәрбие мен оқытудың үлгілік оқу бағдарламасы (ҚР Білім және ғылым министрінің м.а. 2016 жылғы 12 тамыздағы № 499 бұйрығына 1-қосымша, ересек топ – 4 жастағы балалар);</w:t>
      </w:r>
    </w:p>
    <w:p w14:paraId="330F71F1" w14:textId="77777777" w:rsidR="007A437A" w:rsidRPr="0051503B" w:rsidRDefault="007A437A" w:rsidP="007A437A">
      <w:pPr>
        <w:spacing w:after="40" w:line="240" w:lineRule="auto"/>
        <w:rPr>
          <w:rFonts w:cs="Times New Roman"/>
          <w:sz w:val="22"/>
          <w:lang w:val="kk-KZ"/>
        </w:rPr>
      </w:pPr>
      <w:r w:rsidRPr="0051503B">
        <w:rPr>
          <w:rFonts w:cs="Times New Roman"/>
          <w:sz w:val="22"/>
          <w:lang w:val="kk-KZ"/>
        </w:rPr>
        <w:t>– Мектепке дейінгі тәрбие мен оқытудың үлгілік оқу жоспары (ҚР Білім және ғылым министрінің 2012 жылғы 20 желтоқсандағы № 557 бұйрығына 2-қосымша, қолданыстағы редакция);</w:t>
      </w:r>
    </w:p>
    <w:p w14:paraId="7292FB05" w14:textId="77777777" w:rsidR="007A437A" w:rsidRPr="0051503B" w:rsidRDefault="007A437A" w:rsidP="007A437A">
      <w:pPr>
        <w:spacing w:after="40" w:line="240" w:lineRule="auto"/>
        <w:rPr>
          <w:rFonts w:cs="Times New Roman"/>
          <w:sz w:val="22"/>
          <w:lang w:val="kk-KZ"/>
        </w:rPr>
      </w:pPr>
      <w:r w:rsidRPr="0051503B">
        <w:rPr>
          <w:rFonts w:cs="Times New Roman"/>
          <w:sz w:val="22"/>
          <w:lang w:val="kk-KZ"/>
        </w:rPr>
        <w:t>– Білім беру ұйымдарындағы «Адал азамат» біртұтас тәрбие бағдарламасы;</w:t>
      </w:r>
    </w:p>
    <w:p w14:paraId="0BB4F22B" w14:textId="77777777" w:rsidR="007A437A" w:rsidRPr="0051503B" w:rsidRDefault="007A437A" w:rsidP="007A437A">
      <w:pPr>
        <w:spacing w:after="40" w:line="240" w:lineRule="auto"/>
        <w:rPr>
          <w:rFonts w:cs="Times New Roman"/>
          <w:sz w:val="22"/>
          <w:lang w:val="kk-KZ"/>
        </w:rPr>
      </w:pPr>
      <w:r w:rsidRPr="0051503B">
        <w:rPr>
          <w:rFonts w:cs="Times New Roman"/>
          <w:sz w:val="22"/>
          <w:lang w:val="kk-KZ"/>
        </w:rPr>
        <w:t>– 2026–2027 оқу жылында мектепке дейінгі ұйымдарда тәрбиелеу-білім беру процесін ұйымдастыру туралы әдістемелік нұсқау хат.</w:t>
      </w:r>
    </w:p>
    <w:p w14:paraId="37BB1F22" w14:textId="77777777" w:rsidR="007A437A" w:rsidRPr="0051503B" w:rsidRDefault="007A437A" w:rsidP="007A437A">
      <w:pPr>
        <w:spacing w:line="240" w:lineRule="auto"/>
        <w:rPr>
          <w:rFonts w:cs="Times New Roman"/>
          <w:sz w:val="22"/>
          <w:lang w:val="kk-KZ"/>
        </w:rPr>
      </w:pPr>
      <w:r w:rsidRPr="0051503B">
        <w:rPr>
          <w:rFonts w:cs="Times New Roman"/>
          <w:b/>
          <w:sz w:val="22"/>
          <w:lang w:val="kk-KZ"/>
        </w:rPr>
        <w:t xml:space="preserve">Ұйымдастыру көлемі: </w:t>
      </w:r>
      <w:r w:rsidRPr="0051503B">
        <w:rPr>
          <w:rFonts w:cs="Times New Roman"/>
          <w:sz w:val="22"/>
          <w:lang w:val="kk-KZ"/>
        </w:rPr>
        <w:t>ересек топта «Музыка» ҰІӘ аптасына 2 рет, оқу жылында барлығы 72 ҰІӘ. Жоспар қыркүйек–мамыр аралығындағы 36 тақырыптан тұрады, әр тақырыпқа 2 ҰІӘ қарастырылған.</w:t>
      </w:r>
    </w:p>
    <w:p w14:paraId="20A62815" w14:textId="77777777" w:rsidR="007A437A" w:rsidRPr="0051503B" w:rsidRDefault="007A437A" w:rsidP="007A437A">
      <w:pPr>
        <w:pStyle w:val="Head1Kaz"/>
        <w:spacing w:line="240" w:lineRule="auto"/>
        <w:rPr>
          <w:rFonts w:cs="Times New Roman"/>
          <w:sz w:val="22"/>
          <w:lang w:val="kk-KZ"/>
        </w:rPr>
      </w:pPr>
      <w:r w:rsidRPr="0051503B">
        <w:rPr>
          <w:rFonts w:cs="Times New Roman"/>
          <w:sz w:val="22"/>
          <w:lang w:val="kk-KZ"/>
        </w:rPr>
        <w:t>Мақсаты</w:t>
      </w:r>
    </w:p>
    <w:p w14:paraId="215C611B" w14:textId="77777777" w:rsidR="007A437A" w:rsidRPr="0051503B" w:rsidRDefault="007A437A" w:rsidP="007A437A">
      <w:pPr>
        <w:spacing w:line="240" w:lineRule="auto"/>
        <w:rPr>
          <w:rFonts w:cs="Times New Roman"/>
          <w:sz w:val="22"/>
          <w:lang w:val="kk-KZ"/>
        </w:rPr>
      </w:pPr>
      <w:r w:rsidRPr="0051503B">
        <w:rPr>
          <w:rFonts w:cs="Times New Roman"/>
          <w:sz w:val="22"/>
          <w:lang w:val="kk-KZ"/>
        </w:rPr>
        <w:t>Музыканы саналы әрі эмоциялық қабылдайтын, тыңдаған шығармасы туралы қарапайым пікір айта алатын, әнді мәнерлеп орындайтын, ырғақ пен қимылды музыка сипатына сәйкестендіретін, балалар музыкалық аспаптарында қарапайым әуендер ойнайтын және ұлттық музыка мен биге қызығушылық танытатын баланың музыкалық-шығармашылық қабілеттерін дамыту.</w:t>
      </w:r>
    </w:p>
    <w:p w14:paraId="70061A7A" w14:textId="77777777" w:rsidR="007A437A" w:rsidRPr="007A437A" w:rsidRDefault="007A437A" w:rsidP="007A437A">
      <w:pPr>
        <w:pStyle w:val="Head1Kaz"/>
        <w:spacing w:line="240" w:lineRule="auto"/>
        <w:rPr>
          <w:rFonts w:cs="Times New Roman"/>
          <w:sz w:val="22"/>
          <w:lang w:val="ru-RU"/>
        </w:rPr>
      </w:pPr>
      <w:r w:rsidRPr="007A437A">
        <w:rPr>
          <w:rFonts w:cs="Times New Roman"/>
          <w:sz w:val="22"/>
          <w:lang w:val="ru-RU"/>
        </w:rPr>
        <w:t>Ересек топқа арналған негізгі міндеттер</w:t>
      </w:r>
    </w:p>
    <w:p w14:paraId="3532BA13" w14:textId="77777777" w:rsidR="007A437A" w:rsidRPr="007A437A" w:rsidRDefault="007A437A" w:rsidP="007A437A">
      <w:pPr>
        <w:spacing w:after="40" w:line="240" w:lineRule="auto"/>
        <w:rPr>
          <w:rFonts w:cs="Times New Roman"/>
          <w:sz w:val="22"/>
          <w:lang w:val="ru-RU"/>
        </w:rPr>
      </w:pPr>
      <w:r w:rsidRPr="007A437A">
        <w:rPr>
          <w:rFonts w:cs="Times New Roman"/>
          <w:b/>
          <w:sz w:val="22"/>
          <w:lang w:val="ru-RU"/>
        </w:rPr>
        <w:t xml:space="preserve">1. Музыка тыңдау. </w:t>
      </w:r>
      <w:r w:rsidRPr="007A437A">
        <w:rPr>
          <w:rFonts w:cs="Times New Roman"/>
          <w:sz w:val="22"/>
          <w:lang w:val="ru-RU"/>
        </w:rPr>
        <w:t>Музыкалық шығармаларды алаңдамай соңына дейін тыңдау мәдениетін сақтау; музыканың сипатын сезіну, таныс шығармаларды білу, тыңдалған музыкадан алған әсері туралы әңгімелеу; мәнерлі құралдарды (ақырын–қатты, баяу–жылдам) байқау; секста, септима шегінде жоғары және төмен дыбыстарды ажырату; әндерді иллюстрация және қимылмен сүйемелдеу; домбырада орындалған әндер мен күйлерді тыңдау.</w:t>
      </w:r>
    </w:p>
    <w:p w14:paraId="76193933" w14:textId="77777777" w:rsidR="007A437A" w:rsidRPr="007A437A" w:rsidRDefault="007A437A" w:rsidP="007A437A">
      <w:pPr>
        <w:spacing w:after="40" w:line="240" w:lineRule="auto"/>
        <w:rPr>
          <w:rFonts w:cs="Times New Roman"/>
          <w:sz w:val="22"/>
          <w:lang w:val="ru-RU"/>
        </w:rPr>
      </w:pPr>
      <w:r w:rsidRPr="007A437A">
        <w:rPr>
          <w:rFonts w:cs="Times New Roman"/>
          <w:b/>
          <w:sz w:val="22"/>
          <w:lang w:val="ru-RU"/>
        </w:rPr>
        <w:t xml:space="preserve">2. Ән айту. </w:t>
      </w:r>
      <w:r w:rsidRPr="007A437A">
        <w:rPr>
          <w:rFonts w:cs="Times New Roman"/>
          <w:sz w:val="22"/>
          <w:lang w:val="ru-RU"/>
        </w:rPr>
        <w:t>Әнді мәнерлеп, созып, қимылдармен үйлестіріп айту; ре–си бірінші октава шегінде әуенді таза орындау; қысқа музыкалық фразалар арасында тыныс алу; сөздерді анық айту және музыканың сипатын жеткізу; аспап сүйемелдеуімен және сүйемелдеусіз ән айту.</w:t>
      </w:r>
    </w:p>
    <w:p w14:paraId="40B4529D" w14:textId="77777777" w:rsidR="007A437A" w:rsidRPr="007A437A" w:rsidRDefault="007A437A" w:rsidP="007A437A">
      <w:pPr>
        <w:spacing w:after="40" w:line="240" w:lineRule="auto"/>
        <w:rPr>
          <w:rFonts w:cs="Times New Roman"/>
          <w:sz w:val="22"/>
          <w:lang w:val="ru-RU"/>
        </w:rPr>
      </w:pPr>
      <w:r w:rsidRPr="007A437A">
        <w:rPr>
          <w:rFonts w:cs="Times New Roman"/>
          <w:b/>
          <w:sz w:val="22"/>
          <w:lang w:val="ru-RU"/>
        </w:rPr>
        <w:t xml:space="preserve">3. Музыкалық-ырғақты қимылдар. </w:t>
      </w:r>
      <w:r w:rsidRPr="007A437A">
        <w:rPr>
          <w:rFonts w:cs="Times New Roman"/>
          <w:sz w:val="22"/>
          <w:lang w:val="ru-RU"/>
        </w:rPr>
        <w:t>Марш сипатын ырғақты жүріспен беру; жеңіл, ырғақты жүгіру; ырғақты дәл бере отырып қос аяқпен еркін және жеңіл секіру; музыкамен сәйкестендіріп жүрелеп отыру; музыканың екінші бөлігінде қимылды өзгерту; таныс әндерді сахналау; әртүрлі қарқынмен секіру.</w:t>
      </w:r>
    </w:p>
    <w:p w14:paraId="60D218E4" w14:textId="77777777" w:rsidR="007A437A" w:rsidRPr="007A437A" w:rsidRDefault="007A437A" w:rsidP="007A437A">
      <w:pPr>
        <w:spacing w:after="40" w:line="240" w:lineRule="auto"/>
        <w:rPr>
          <w:rFonts w:cs="Times New Roman"/>
          <w:sz w:val="22"/>
          <w:lang w:val="ru-RU"/>
        </w:rPr>
      </w:pPr>
      <w:r w:rsidRPr="007A437A">
        <w:rPr>
          <w:rFonts w:cs="Times New Roman"/>
          <w:b/>
          <w:sz w:val="22"/>
          <w:lang w:val="ru-RU"/>
        </w:rPr>
        <w:t xml:space="preserve">4. Балалар музыкалық аспаптарында ойнау. </w:t>
      </w:r>
      <w:r w:rsidRPr="007A437A">
        <w:rPr>
          <w:rFonts w:cs="Times New Roman"/>
          <w:sz w:val="22"/>
          <w:lang w:val="ru-RU"/>
        </w:rPr>
        <w:t>Таныс әндерді орындауда әртүрлі шулы аспаптарды қолдану; ағаш қасықтармен, сылдырмақтармен, асатаяқпен, домбырамен, сазсырнаймен, барабан және металлофонмен қарапайым әуендер мен ырғақтарды орындау; аспаптарды тану және атау.</w:t>
      </w:r>
    </w:p>
    <w:p w14:paraId="7711C415" w14:textId="77777777" w:rsidR="007A437A" w:rsidRPr="007A437A" w:rsidRDefault="007A437A" w:rsidP="007A437A">
      <w:pPr>
        <w:spacing w:after="40" w:line="240" w:lineRule="auto"/>
        <w:rPr>
          <w:rFonts w:cs="Times New Roman"/>
          <w:sz w:val="22"/>
          <w:lang w:val="ru-RU"/>
        </w:rPr>
      </w:pPr>
      <w:r w:rsidRPr="007A437A">
        <w:rPr>
          <w:rFonts w:cs="Times New Roman"/>
          <w:b/>
          <w:sz w:val="22"/>
          <w:lang w:val="ru-RU"/>
        </w:rPr>
        <w:t xml:space="preserve">5. Билер. </w:t>
      </w:r>
      <w:r w:rsidRPr="007A437A">
        <w:rPr>
          <w:rFonts w:cs="Times New Roman"/>
          <w:sz w:val="22"/>
          <w:lang w:val="ru-RU"/>
        </w:rPr>
        <w:t>Музыканың кіріспесін ажыратып, кіріспеден кейін қимылды бастау; музыка сипатына сәйкес қимылды ауыстыру; би қимылдары мен билердің атауларын есте сақтау; жеңіл, ырғақты қозғалу, жұппен билеу, ойын қимылдарын билерде қолдану; атрибуттармен би қимылдарын орындау; қазақтың ұлттық би өнерімен танысу және «Қамажай» биін үйрену.</w:t>
      </w:r>
    </w:p>
    <w:p w14:paraId="7F9C50FC" w14:textId="77777777" w:rsidR="007A437A" w:rsidRPr="007A437A" w:rsidRDefault="007A437A" w:rsidP="007A437A">
      <w:pPr>
        <w:pStyle w:val="Head1Kaz"/>
        <w:spacing w:line="240" w:lineRule="auto"/>
        <w:rPr>
          <w:rFonts w:cs="Times New Roman"/>
          <w:sz w:val="22"/>
          <w:lang w:val="ru-RU"/>
        </w:rPr>
      </w:pPr>
      <w:r w:rsidRPr="007A437A">
        <w:rPr>
          <w:rFonts w:cs="Times New Roman"/>
          <w:sz w:val="22"/>
          <w:lang w:val="ru-RU"/>
        </w:rPr>
        <w:t>Күтілетін нәтижелер</w:t>
      </w:r>
    </w:p>
    <w:p w14:paraId="2ADBE163"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музыкалық шығарманы алаңдамай соңына дейін тыңдайды және сипатын сезінеді;</w:t>
      </w:r>
    </w:p>
    <w:p w14:paraId="506266F5"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таныс шығармаларды таниды, тыңдаған музыкадан алған әсерін қарапайым сөйлемдермен айтады;</w:t>
      </w:r>
    </w:p>
    <w:p w14:paraId="6A14B698"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ақырын–қатты, баяу–жылдам өзгерістерді және жоғары–төмен дыбыстарды ажыратады;</w:t>
      </w:r>
    </w:p>
    <w:p w14:paraId="37ADCD25"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ре–си бірінші октава шегінде әнді мәнерлеп, сөздерін анық айтып орындайды, қысқа музыкалық фразалар арасында тыныс алады;</w:t>
      </w:r>
    </w:p>
    <w:p w14:paraId="21A3DBCF"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марш, жүгіру, секіру, жүрелеп отыру және қимылды ауыстыруды музыкамен сәйкестендіреді;</w:t>
      </w:r>
    </w:p>
    <w:p w14:paraId="26346619"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балалар музыкалық аспаптарын таниды, атайды және қарапайым әуендер мен ырғақтарды орындайды;</w:t>
      </w:r>
    </w:p>
    <w:p w14:paraId="433D9503"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музыканың кіріспесін ажыратады, жұппен және атрибуттармен би қимылдарын орындайды;</w:t>
      </w:r>
    </w:p>
    <w:p w14:paraId="2C8A7C51" w14:textId="77777777" w:rsidR="007A437A" w:rsidRPr="007A437A" w:rsidRDefault="007A437A" w:rsidP="007A437A">
      <w:pPr>
        <w:spacing w:after="30" w:line="240" w:lineRule="auto"/>
        <w:ind w:left="227" w:hanging="142"/>
        <w:rPr>
          <w:rFonts w:cs="Times New Roman"/>
          <w:sz w:val="22"/>
          <w:lang w:val="ru-RU"/>
        </w:rPr>
      </w:pPr>
      <w:r w:rsidRPr="007A437A">
        <w:rPr>
          <w:rFonts w:cs="Times New Roman"/>
          <w:sz w:val="22"/>
          <w:lang w:val="ru-RU"/>
        </w:rPr>
        <w:t>• қазақтың ұлттық музыкасы мен биіне қызығушылық танытып, «Қамажай» биінің негізгі қарапайым элементтерін орындайды.</w:t>
      </w:r>
    </w:p>
    <w:p w14:paraId="57CFFC4D" w14:textId="77777777" w:rsidR="007A437A" w:rsidRPr="007A437A" w:rsidRDefault="007A437A" w:rsidP="007A437A">
      <w:pPr>
        <w:spacing w:after="100" w:line="240" w:lineRule="auto"/>
        <w:jc w:val="center"/>
        <w:rPr>
          <w:rFonts w:cs="Times New Roman"/>
          <w:b/>
          <w:sz w:val="22"/>
          <w:lang w:val="kk-KZ"/>
        </w:rPr>
      </w:pPr>
    </w:p>
    <w:p w14:paraId="610EFDBF" w14:textId="77777777" w:rsidR="00281B13" w:rsidRDefault="00105697" w:rsidP="00281B13">
      <w:pPr>
        <w:spacing w:after="0" w:line="240" w:lineRule="auto"/>
        <w:jc w:val="center"/>
        <w:rPr>
          <w:rFonts w:cs="Times New Roman"/>
          <w:b/>
          <w:sz w:val="22"/>
          <w:lang w:val="kk-KZ"/>
        </w:rPr>
      </w:pPr>
      <w:r w:rsidRPr="007A437A">
        <w:rPr>
          <w:rFonts w:cs="Times New Roman"/>
          <w:b/>
          <w:sz w:val="22"/>
          <w:lang w:val="kk-KZ"/>
        </w:rPr>
        <w:lastRenderedPageBreak/>
        <w:t xml:space="preserve">2026–2027 ОҚУ ЖЫЛЫНА АРНАЛҒАН </w:t>
      </w:r>
      <w:r w:rsidR="00837103">
        <w:rPr>
          <w:rFonts w:cs="Times New Roman"/>
          <w:b/>
          <w:sz w:val="22"/>
          <w:lang w:val="kk-KZ"/>
        </w:rPr>
        <w:t xml:space="preserve">ҚАРЛЫҒАШ </w:t>
      </w:r>
      <w:r w:rsidRPr="007A437A">
        <w:rPr>
          <w:rFonts w:cs="Times New Roman"/>
          <w:b/>
          <w:sz w:val="22"/>
          <w:lang w:val="kk-KZ"/>
        </w:rPr>
        <w:t xml:space="preserve">ЕРЕСЕК ТОПТЫҢ </w:t>
      </w:r>
    </w:p>
    <w:p w14:paraId="1729782F" w14:textId="77777777" w:rsidR="00B553F4" w:rsidRPr="007A437A" w:rsidRDefault="00105697" w:rsidP="00281B13">
      <w:pPr>
        <w:spacing w:after="0" w:line="240" w:lineRule="auto"/>
        <w:jc w:val="center"/>
        <w:rPr>
          <w:rFonts w:cs="Times New Roman"/>
          <w:sz w:val="22"/>
          <w:lang w:val="kk-KZ"/>
        </w:rPr>
      </w:pPr>
      <w:r w:rsidRPr="007A437A">
        <w:rPr>
          <w:rFonts w:cs="Times New Roman"/>
          <w:b/>
          <w:sz w:val="22"/>
          <w:lang w:val="kk-KZ"/>
        </w:rPr>
        <w:t>(4 ЖАСТАҒЫ БАЛАЛАР)</w:t>
      </w:r>
      <w:r w:rsidRPr="007A437A">
        <w:rPr>
          <w:rFonts w:cs="Times New Roman"/>
          <w:b/>
          <w:sz w:val="22"/>
          <w:lang w:val="kk-KZ"/>
        </w:rPr>
        <w:br/>
        <w:t>«МУЗЫКА» ҰЙЫМДАСТЫРЫЛҒАН ІС-ӘРЕКЕТІНІҢ ПЕРСПЕКТИВАЛЫҚ ЖОСПАРЫ</w:t>
      </w:r>
    </w:p>
    <w:p w14:paraId="2CF456DA" w14:textId="77777777" w:rsidR="00B553F4" w:rsidRPr="00837103" w:rsidRDefault="00105697" w:rsidP="007A437A">
      <w:pPr>
        <w:spacing w:after="40" w:line="240" w:lineRule="auto"/>
        <w:jc w:val="center"/>
        <w:rPr>
          <w:rFonts w:cs="Times New Roman"/>
          <w:sz w:val="22"/>
          <w:lang w:val="kk-KZ"/>
        </w:rPr>
      </w:pPr>
      <w:r w:rsidRPr="00837103">
        <w:rPr>
          <w:rFonts w:cs="Times New Roman"/>
          <w:b/>
          <w:sz w:val="22"/>
          <w:lang w:val="kk-KZ"/>
        </w:rPr>
        <w:t>ҚЫРКҮЙЕК, 2026 ж.</w:t>
      </w:r>
    </w:p>
    <w:p w14:paraId="34B4B061" w14:textId="77777777" w:rsidR="00B553F4" w:rsidRPr="00837103" w:rsidRDefault="00105697" w:rsidP="007A437A">
      <w:pPr>
        <w:spacing w:after="60" w:line="240" w:lineRule="auto"/>
        <w:rPr>
          <w:rFonts w:cs="Times New Roman"/>
          <w:sz w:val="22"/>
          <w:lang w:val="kk-KZ"/>
        </w:rPr>
      </w:pPr>
      <w:r w:rsidRPr="00837103">
        <w:rPr>
          <w:rFonts w:cs="Times New Roman"/>
          <w:b/>
          <w:sz w:val="22"/>
          <w:lang w:val="kk-KZ"/>
        </w:rPr>
        <w:t xml:space="preserve">Айдың міндеті: </w:t>
      </w:r>
      <w:r w:rsidRPr="00837103">
        <w:rPr>
          <w:rFonts w:cs="Times New Roman"/>
          <w:sz w:val="22"/>
          <w:lang w:val="kk-KZ"/>
        </w:rPr>
        <w:t>Музыкалық шығармаларды алаңдамай соңына дейін тыңдау; музыканың сипатын сезіну; таныс шығармаларды білу; тыңдалған музыкадан алған әсерлері туралы әңгімелеу; әндерді иллюстрацияларды көрсетумен және қимылдармен сүйемелдеу; домбырада орындалған әндер мен күйлерді тыңдау.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55960CA2" w14:textId="77777777" w:rsidTr="00BB5C08">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12DF4226"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19F9552B"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0D45104A"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2D8EAD2B"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7A437A" w14:paraId="3DB2F344"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86F7DA9" w14:textId="77777777" w:rsidR="00B553F4" w:rsidRPr="007A437A" w:rsidRDefault="00105697" w:rsidP="007A437A">
            <w:pPr>
              <w:spacing w:after="0" w:line="240" w:lineRule="auto"/>
              <w:jc w:val="center"/>
              <w:rPr>
                <w:rFonts w:cs="Times New Roman"/>
                <w:sz w:val="22"/>
              </w:rPr>
            </w:pPr>
            <w:r w:rsidRPr="007A437A">
              <w:rPr>
                <w:rFonts w:cs="Times New Roman"/>
                <w:b/>
                <w:sz w:val="22"/>
              </w:rPr>
              <w:t>Әуенді тыңдай білейік</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834C24A"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музыкалық шығарманы алаңдамай соңына дейін тыңдау, музыканың сипатын сезіну.</w:t>
            </w:r>
          </w:p>
          <w:p w14:paraId="4B0E8180"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созып, қимылдармен үйлестіріп айту.</w:t>
            </w:r>
          </w:p>
          <w:p w14:paraId="068AE591"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марш сипатын ырғақты жүріспен беру.</w:t>
            </w:r>
          </w:p>
          <w:p w14:paraId="1995ABE4"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сылдырмақпен қарапайым әуенді орындау.</w:t>
            </w:r>
          </w:p>
          <w:p w14:paraId="1DF016DB"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музыканың кіріспесін ажыратып, кіріспеден кейін қимылды бастау.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EA99EE9" w14:textId="77777777" w:rsidR="00B553F4" w:rsidRPr="00BB5C08" w:rsidRDefault="00BB5C08" w:rsidP="007A437A">
            <w:pPr>
              <w:spacing w:after="0" w:line="240" w:lineRule="auto"/>
              <w:jc w:val="center"/>
              <w:rPr>
                <w:rFonts w:cs="Times New Roman"/>
                <w:sz w:val="22"/>
                <w:lang w:val="kk-KZ"/>
              </w:rPr>
            </w:pPr>
            <w:r>
              <w:rPr>
                <w:rFonts w:cs="Times New Roman"/>
                <w:sz w:val="22"/>
                <w:lang w:val="kk-KZ"/>
              </w:rPr>
              <w:t>01.09-03.09.2026ж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C4211D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658AEAE8"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52B5E48" w14:textId="77777777" w:rsidR="00B553F4" w:rsidRPr="007A437A" w:rsidRDefault="00105697" w:rsidP="007A437A">
            <w:pPr>
              <w:spacing w:after="0" w:line="240" w:lineRule="auto"/>
              <w:jc w:val="center"/>
              <w:rPr>
                <w:rFonts w:cs="Times New Roman"/>
                <w:sz w:val="22"/>
              </w:rPr>
            </w:pPr>
            <w:r w:rsidRPr="007A437A">
              <w:rPr>
                <w:rFonts w:cs="Times New Roman"/>
                <w:b/>
                <w:sz w:val="22"/>
              </w:rPr>
              <w:t>Достық әуені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BCCBD2F"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таныс шығарманы тыңдап, алған әсері туралы әңгімелеу.</w:t>
            </w:r>
          </w:p>
          <w:p w14:paraId="3882836D"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айту, сөздерді анық айту.</w:t>
            </w:r>
          </w:p>
          <w:p w14:paraId="01F8ADCA"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жеңіл, ырғақты жүгіру.</w:t>
            </w:r>
          </w:p>
          <w:p w14:paraId="3C2FD2E8"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ағаш қасықтармен қарапайым әуенді орындау.</w:t>
            </w:r>
          </w:p>
          <w:p w14:paraId="11BAF4CA"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жеңіл, ырғақпен қозғалу және жұппен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C4DA014" w14:textId="77777777" w:rsidR="00B553F4" w:rsidRPr="00BB5C08" w:rsidRDefault="00BB5C08" w:rsidP="007A437A">
            <w:pPr>
              <w:spacing w:after="0" w:line="240" w:lineRule="auto"/>
              <w:jc w:val="center"/>
              <w:rPr>
                <w:rFonts w:cs="Times New Roman"/>
                <w:sz w:val="22"/>
                <w:lang w:val="kk-KZ"/>
              </w:rPr>
            </w:pPr>
            <w:r>
              <w:rPr>
                <w:rFonts w:cs="Times New Roman"/>
                <w:sz w:val="22"/>
                <w:lang w:val="kk-KZ"/>
              </w:rPr>
              <w:t>08.09-10.09.2026ж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9031008"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0A1EBEC6"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D62A49E" w14:textId="77777777" w:rsidR="00B553F4" w:rsidRPr="007A437A" w:rsidRDefault="00105697" w:rsidP="007A437A">
            <w:pPr>
              <w:spacing w:after="0" w:line="240" w:lineRule="auto"/>
              <w:jc w:val="center"/>
              <w:rPr>
                <w:rFonts w:cs="Times New Roman"/>
                <w:sz w:val="22"/>
              </w:rPr>
            </w:pPr>
            <w:r w:rsidRPr="007A437A">
              <w:rPr>
                <w:rFonts w:cs="Times New Roman"/>
                <w:b/>
                <w:sz w:val="22"/>
              </w:rPr>
              <w:t>Дыбыстар сыры</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C520F2C"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жоғары және төмен дыбыстарды секста, септима шегінде ажырату.</w:t>
            </w:r>
          </w:p>
          <w:p w14:paraId="231CF9A8"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ре–си бірінші октава шегінде әуенді таза айту.</w:t>
            </w:r>
          </w:p>
          <w:p w14:paraId="29A26073"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музыканың ырғағын нақты бере отырып, қос аяқпен еркін және жеңіл секіру.</w:t>
            </w:r>
          </w:p>
          <w:p w14:paraId="555ADB04"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металлофонмен қарапайым әуенді ойнау.</w:t>
            </w:r>
          </w:p>
          <w:p w14:paraId="19910DFC"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сипатына сәйкес қимылдарды ауыстыру.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CD234BE" w14:textId="77777777" w:rsidR="00B553F4" w:rsidRPr="007A437A" w:rsidRDefault="00BB5C08" w:rsidP="007A437A">
            <w:pPr>
              <w:spacing w:after="0" w:line="240" w:lineRule="auto"/>
              <w:jc w:val="center"/>
              <w:rPr>
                <w:rFonts w:cs="Times New Roman"/>
                <w:sz w:val="22"/>
                <w:lang w:val="ru-RU"/>
              </w:rPr>
            </w:pPr>
            <w:r>
              <w:rPr>
                <w:rFonts w:cs="Times New Roman"/>
                <w:sz w:val="22"/>
                <w:lang w:val="ru-RU"/>
              </w:rPr>
              <w:t>15.09-17.09.2026ж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73E3FB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7D9B3D0C"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889785C" w14:textId="77777777" w:rsidR="00B553F4" w:rsidRPr="007A437A" w:rsidRDefault="00105697" w:rsidP="007A437A">
            <w:pPr>
              <w:spacing w:after="0" w:line="240" w:lineRule="auto"/>
              <w:jc w:val="center"/>
              <w:rPr>
                <w:rFonts w:cs="Times New Roman"/>
                <w:sz w:val="22"/>
              </w:rPr>
            </w:pPr>
            <w:r w:rsidRPr="007A437A">
              <w:rPr>
                <w:rFonts w:cs="Times New Roman"/>
                <w:b/>
                <w:sz w:val="22"/>
              </w:rPr>
              <w:t>Домбыра үні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CDB57BC"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домбырамен орындалған әндер мен күйлерді тыңдау, тыңдалған музыкадан алған әсері туралы әңгімелеу.</w:t>
            </w:r>
          </w:p>
          <w:p w14:paraId="75C199DD"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созып, музыканың сипатын жеткізе айту.</w:t>
            </w:r>
          </w:p>
          <w:p w14:paraId="1F38B9EF"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қимылдық сипатына қарай жеңіл, ырғақты жүгіру.</w:t>
            </w:r>
          </w:p>
          <w:p w14:paraId="5E41C909"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домбыра мен асатаяқты тану және атау, қарапайым әуенді ойнау.</w:t>
            </w:r>
          </w:p>
          <w:p w14:paraId="1CCA357D"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қазақтың ұлттық би өнерімен танысу.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472C060" w14:textId="77777777" w:rsidR="00B553F4" w:rsidRPr="00BB5C08" w:rsidRDefault="00BB5C08" w:rsidP="007A437A">
            <w:pPr>
              <w:spacing w:after="0" w:line="240" w:lineRule="auto"/>
              <w:jc w:val="center"/>
              <w:rPr>
                <w:rFonts w:cs="Times New Roman"/>
                <w:sz w:val="22"/>
                <w:lang w:val="kk-KZ"/>
              </w:rPr>
            </w:pPr>
            <w:r>
              <w:rPr>
                <w:rFonts w:cs="Times New Roman"/>
                <w:sz w:val="22"/>
                <w:lang w:val="kk-KZ"/>
              </w:rPr>
              <w:t>22.09-24.09.2026ж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14ACCB0"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4781EFA4" w14:textId="77777777" w:rsidR="00B553F4" w:rsidRPr="007A437A" w:rsidRDefault="00105697" w:rsidP="007A437A">
      <w:pPr>
        <w:spacing w:line="240" w:lineRule="auto"/>
        <w:rPr>
          <w:rFonts w:cs="Times New Roman"/>
          <w:sz w:val="22"/>
        </w:rPr>
      </w:pPr>
      <w:r w:rsidRPr="007A437A">
        <w:rPr>
          <w:rFonts w:cs="Times New Roman"/>
          <w:sz w:val="22"/>
        </w:rPr>
        <w:br w:type="page"/>
      </w:r>
    </w:p>
    <w:p w14:paraId="5ED35133" w14:textId="77777777" w:rsidR="00B553F4" w:rsidRPr="007A437A" w:rsidRDefault="00105697" w:rsidP="007A437A">
      <w:pPr>
        <w:spacing w:after="40" w:line="240" w:lineRule="auto"/>
        <w:jc w:val="center"/>
        <w:rPr>
          <w:rFonts w:cs="Times New Roman"/>
          <w:sz w:val="22"/>
        </w:rPr>
      </w:pPr>
      <w:r w:rsidRPr="007A437A">
        <w:rPr>
          <w:rFonts w:cs="Times New Roman"/>
          <w:b/>
          <w:sz w:val="22"/>
        </w:rPr>
        <w:lastRenderedPageBreak/>
        <w:t>ҚАЗАН, 2026 ж.</w:t>
      </w:r>
    </w:p>
    <w:p w14:paraId="6BDEFD92" w14:textId="77777777" w:rsidR="00B553F4" w:rsidRPr="007A437A" w:rsidRDefault="00105697" w:rsidP="007A437A">
      <w:pPr>
        <w:spacing w:after="60" w:line="240" w:lineRule="auto"/>
        <w:rPr>
          <w:rFonts w:cs="Times New Roman"/>
          <w:sz w:val="22"/>
        </w:rPr>
      </w:pPr>
      <w:r w:rsidRPr="007A437A">
        <w:rPr>
          <w:rFonts w:cs="Times New Roman"/>
          <w:b/>
          <w:sz w:val="22"/>
        </w:rPr>
        <w:t xml:space="preserve">Айдың міндеті: </w:t>
      </w:r>
      <w:r w:rsidRPr="007A437A">
        <w:rPr>
          <w:rFonts w:cs="Times New Roman"/>
          <w:sz w:val="22"/>
        </w:rPr>
        <w:t>Музыкалық шығарманың мәнерлі құралдарын байқау (ақырын, қатты, баяу, жылдам), жоғары және төмен дыбыстарды секста, септима шегінде ажырату; балаларды мәнерлеп ән айтуға, әнді созып, қимылдармен үйлестіріп айтуға үйрету.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03D6B580" w14:textId="77777777" w:rsidTr="00BB5C08">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4B2C764"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3998432F"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21564595"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05B82100"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7A437A" w14:paraId="03FF741A"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EFDA153" w14:textId="77777777" w:rsidR="00B553F4" w:rsidRPr="007A437A" w:rsidRDefault="00105697" w:rsidP="007A437A">
            <w:pPr>
              <w:spacing w:after="0" w:line="240" w:lineRule="auto"/>
              <w:jc w:val="center"/>
              <w:rPr>
                <w:rFonts w:cs="Times New Roman"/>
                <w:sz w:val="22"/>
              </w:rPr>
            </w:pPr>
            <w:r w:rsidRPr="007A437A">
              <w:rPr>
                <w:rFonts w:cs="Times New Roman"/>
                <w:b/>
                <w:sz w:val="22"/>
              </w:rPr>
              <w:t>Әнім – көңіл айнасы</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322E556"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музыканың сипатын сезіну және тыңдалған музыкадан алған әсері туралы әңгімелеу.</w:t>
            </w:r>
          </w:p>
          <w:p w14:paraId="2CC4FB92"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созып, қимылдармен үйлестіріп айту.</w:t>
            </w:r>
          </w:p>
          <w:p w14:paraId="1BF3D606"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қимылдық сипатына қарай жеңіл, ырғақты жүгіру.</w:t>
            </w:r>
          </w:p>
          <w:p w14:paraId="746670AE"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сылдырмақпен қарапайым әуенді ойнау.</w:t>
            </w:r>
          </w:p>
          <w:p w14:paraId="18FDAE83"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әуеннің көңілді сипатын қабылдап, жеңіл ырғақпен қозғалу.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71C8F43" w14:textId="77777777" w:rsidR="00B553F4" w:rsidRPr="00BB5C08" w:rsidRDefault="00B26A77" w:rsidP="007A437A">
            <w:pPr>
              <w:spacing w:after="0" w:line="240" w:lineRule="auto"/>
              <w:jc w:val="center"/>
              <w:rPr>
                <w:rFonts w:cs="Times New Roman"/>
                <w:sz w:val="22"/>
                <w:lang w:val="kk-KZ"/>
              </w:rPr>
            </w:pPr>
            <w:r>
              <w:rPr>
                <w:rFonts w:cs="Times New Roman"/>
                <w:sz w:val="22"/>
                <w:lang w:val="kk-KZ"/>
              </w:rPr>
              <w:t>29.09-01.10.2026ж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DB0D59A"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505547AB"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A15C65C" w14:textId="77777777" w:rsidR="00B553F4" w:rsidRPr="007A437A" w:rsidRDefault="00105697" w:rsidP="007A437A">
            <w:pPr>
              <w:spacing w:after="0" w:line="240" w:lineRule="auto"/>
              <w:jc w:val="center"/>
              <w:rPr>
                <w:rFonts w:cs="Times New Roman"/>
                <w:sz w:val="22"/>
              </w:rPr>
            </w:pPr>
            <w:r w:rsidRPr="007A437A">
              <w:rPr>
                <w:rFonts w:cs="Times New Roman"/>
                <w:b/>
                <w:sz w:val="22"/>
              </w:rPr>
              <w:t>Күзгі музыкалық бояулар</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067AB1D"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ақырын–қатты, баяу–жылдам мәнерлі құралдарды байқау.</w:t>
            </w:r>
          </w:p>
          <w:p w14:paraId="141C3C66"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қысқа музыкалық фразалар арасында тыныс алу, сөздерді анық айту.</w:t>
            </w:r>
          </w:p>
          <w:p w14:paraId="1A45C5C3"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қимылдарды музыкамен сәйкестендіру.</w:t>
            </w:r>
          </w:p>
          <w:p w14:paraId="01C07FDE"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металлофонмен қарапайым әуенді ойнау.</w:t>
            </w:r>
          </w:p>
          <w:p w14:paraId="50F619B3"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музыканың сипатына сәйкес қимылдарды ауыстыру.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C44CEC3" w14:textId="77777777" w:rsidR="00B553F4" w:rsidRPr="00BB5C08" w:rsidRDefault="00B26A77" w:rsidP="007A437A">
            <w:pPr>
              <w:spacing w:after="0" w:line="240" w:lineRule="auto"/>
              <w:jc w:val="center"/>
              <w:rPr>
                <w:rFonts w:cs="Times New Roman"/>
                <w:sz w:val="22"/>
                <w:lang w:val="kk-KZ"/>
              </w:rPr>
            </w:pPr>
            <w:r>
              <w:rPr>
                <w:rFonts w:cs="Times New Roman"/>
                <w:sz w:val="22"/>
                <w:lang w:val="kk-KZ"/>
              </w:rPr>
              <w:t>06.10-08.10</w:t>
            </w:r>
            <w:r w:rsidR="00BB5C08">
              <w:rPr>
                <w:rFonts w:cs="Times New Roman"/>
                <w:sz w:val="22"/>
                <w:lang w:val="kk-KZ"/>
              </w:rPr>
              <w:t>.2026ж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6BCB41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BB5C08" w14:paraId="1B75D4B9"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2AB543E" w14:textId="77777777" w:rsidR="00B553F4" w:rsidRPr="001A406D" w:rsidRDefault="00105697" w:rsidP="007A437A">
            <w:pPr>
              <w:spacing w:after="0" w:line="240" w:lineRule="auto"/>
              <w:jc w:val="center"/>
              <w:rPr>
                <w:rFonts w:cs="Times New Roman"/>
                <w:sz w:val="22"/>
                <w:lang w:val="ru-RU"/>
              </w:rPr>
            </w:pPr>
            <w:r w:rsidRPr="007A437A">
              <w:rPr>
                <w:rFonts w:cs="Times New Roman"/>
                <w:b/>
                <w:sz w:val="22"/>
                <w:lang w:val="ru-RU"/>
              </w:rPr>
              <w:t>Әуен</w:t>
            </w:r>
            <w:r w:rsidRPr="001A406D">
              <w:rPr>
                <w:rFonts w:cs="Times New Roman"/>
                <w:b/>
                <w:sz w:val="22"/>
                <w:lang w:val="ru-RU"/>
              </w:rPr>
              <w:t xml:space="preserve"> </w:t>
            </w:r>
            <w:r w:rsidRPr="007A437A">
              <w:rPr>
                <w:rFonts w:cs="Times New Roman"/>
                <w:b/>
                <w:sz w:val="22"/>
                <w:lang w:val="ru-RU"/>
              </w:rPr>
              <w:t>жоғары</w:t>
            </w:r>
            <w:r w:rsidRPr="001A406D">
              <w:rPr>
                <w:rFonts w:cs="Times New Roman"/>
                <w:b/>
                <w:sz w:val="22"/>
                <w:lang w:val="ru-RU"/>
              </w:rPr>
              <w:t xml:space="preserve"> </w:t>
            </w:r>
            <w:r w:rsidRPr="007A437A">
              <w:rPr>
                <w:rFonts w:cs="Times New Roman"/>
                <w:b/>
                <w:sz w:val="22"/>
                <w:lang w:val="ru-RU"/>
              </w:rPr>
              <w:t>ма</w:t>
            </w:r>
            <w:r w:rsidRPr="001A406D">
              <w:rPr>
                <w:rFonts w:cs="Times New Roman"/>
                <w:b/>
                <w:sz w:val="22"/>
                <w:lang w:val="ru-RU"/>
              </w:rPr>
              <w:t xml:space="preserve">, </w:t>
            </w:r>
            <w:r w:rsidRPr="007A437A">
              <w:rPr>
                <w:rFonts w:cs="Times New Roman"/>
                <w:b/>
                <w:sz w:val="22"/>
                <w:lang w:val="ru-RU"/>
              </w:rPr>
              <w:t>төмен</w:t>
            </w:r>
            <w:r w:rsidRPr="001A406D">
              <w:rPr>
                <w:rFonts w:cs="Times New Roman"/>
                <w:b/>
                <w:sz w:val="22"/>
                <w:lang w:val="ru-RU"/>
              </w:rPr>
              <w:t xml:space="preserve"> </w:t>
            </w:r>
            <w:r w:rsidRPr="007A437A">
              <w:rPr>
                <w:rFonts w:cs="Times New Roman"/>
                <w:b/>
                <w:sz w:val="22"/>
                <w:lang w:val="ru-RU"/>
              </w:rPr>
              <w:t>бе</w:t>
            </w:r>
            <w:r w:rsidRPr="001A406D">
              <w:rPr>
                <w:rFonts w:cs="Times New Roman"/>
                <w:b/>
                <w:sz w:val="22"/>
                <w:lang w:val="ru-RU"/>
              </w:rPr>
              <w:t>?</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1CBC8A8" w14:textId="77777777" w:rsidR="00B553F4" w:rsidRPr="001A406D" w:rsidRDefault="00105697" w:rsidP="007A437A">
            <w:pPr>
              <w:spacing w:after="0" w:line="240" w:lineRule="auto"/>
              <w:rPr>
                <w:rFonts w:cs="Times New Roman"/>
                <w:sz w:val="22"/>
                <w:lang w:val="ru-RU"/>
              </w:rPr>
            </w:pPr>
            <w:r w:rsidRPr="007A437A">
              <w:rPr>
                <w:rFonts w:cs="Times New Roman"/>
                <w:b/>
                <w:sz w:val="22"/>
                <w:lang w:val="ru-RU"/>
              </w:rPr>
              <w:t>Музыка</w:t>
            </w:r>
            <w:r w:rsidRPr="001A406D">
              <w:rPr>
                <w:rFonts w:cs="Times New Roman"/>
                <w:b/>
                <w:sz w:val="22"/>
                <w:lang w:val="ru-RU"/>
              </w:rPr>
              <w:t xml:space="preserve"> </w:t>
            </w:r>
            <w:r w:rsidRPr="007A437A">
              <w:rPr>
                <w:rFonts w:cs="Times New Roman"/>
                <w:b/>
                <w:sz w:val="22"/>
                <w:lang w:val="ru-RU"/>
              </w:rPr>
              <w:t>тыңдау</w:t>
            </w:r>
            <w:r w:rsidRPr="001A406D">
              <w:rPr>
                <w:rFonts w:cs="Times New Roman"/>
                <w:b/>
                <w:sz w:val="22"/>
                <w:lang w:val="ru-RU"/>
              </w:rPr>
              <w:t xml:space="preserve">: </w:t>
            </w:r>
            <w:r w:rsidRPr="007A437A">
              <w:rPr>
                <w:rFonts w:cs="Times New Roman"/>
                <w:sz w:val="22"/>
                <w:lang w:val="ru-RU"/>
              </w:rPr>
              <w:t>жоғары</w:t>
            </w:r>
            <w:r w:rsidRPr="001A406D">
              <w:rPr>
                <w:rFonts w:cs="Times New Roman"/>
                <w:sz w:val="22"/>
                <w:lang w:val="ru-RU"/>
              </w:rPr>
              <w:t xml:space="preserve"> </w:t>
            </w:r>
            <w:r w:rsidRPr="007A437A">
              <w:rPr>
                <w:rFonts w:cs="Times New Roman"/>
                <w:sz w:val="22"/>
                <w:lang w:val="ru-RU"/>
              </w:rPr>
              <w:t>және</w:t>
            </w:r>
            <w:r w:rsidRPr="001A406D">
              <w:rPr>
                <w:rFonts w:cs="Times New Roman"/>
                <w:sz w:val="22"/>
                <w:lang w:val="ru-RU"/>
              </w:rPr>
              <w:t xml:space="preserve"> </w:t>
            </w:r>
            <w:r w:rsidRPr="007A437A">
              <w:rPr>
                <w:rFonts w:cs="Times New Roman"/>
                <w:sz w:val="22"/>
                <w:lang w:val="ru-RU"/>
              </w:rPr>
              <w:t>төмен</w:t>
            </w:r>
            <w:r w:rsidRPr="001A406D">
              <w:rPr>
                <w:rFonts w:cs="Times New Roman"/>
                <w:sz w:val="22"/>
                <w:lang w:val="ru-RU"/>
              </w:rPr>
              <w:t xml:space="preserve"> </w:t>
            </w:r>
            <w:r w:rsidRPr="007A437A">
              <w:rPr>
                <w:rFonts w:cs="Times New Roman"/>
                <w:sz w:val="22"/>
                <w:lang w:val="ru-RU"/>
              </w:rPr>
              <w:t>дыбыстарды</w:t>
            </w:r>
            <w:r w:rsidRPr="001A406D">
              <w:rPr>
                <w:rFonts w:cs="Times New Roman"/>
                <w:sz w:val="22"/>
                <w:lang w:val="ru-RU"/>
              </w:rPr>
              <w:t xml:space="preserve"> </w:t>
            </w:r>
            <w:r w:rsidRPr="007A437A">
              <w:rPr>
                <w:rFonts w:cs="Times New Roman"/>
                <w:sz w:val="22"/>
                <w:lang w:val="ru-RU"/>
              </w:rPr>
              <w:t>секста</w:t>
            </w:r>
            <w:r w:rsidRPr="001A406D">
              <w:rPr>
                <w:rFonts w:cs="Times New Roman"/>
                <w:sz w:val="22"/>
                <w:lang w:val="ru-RU"/>
              </w:rPr>
              <w:t xml:space="preserve">, </w:t>
            </w:r>
            <w:r w:rsidRPr="007A437A">
              <w:rPr>
                <w:rFonts w:cs="Times New Roman"/>
                <w:sz w:val="22"/>
                <w:lang w:val="ru-RU"/>
              </w:rPr>
              <w:t>септима</w:t>
            </w:r>
            <w:r w:rsidRPr="001A406D">
              <w:rPr>
                <w:rFonts w:cs="Times New Roman"/>
                <w:sz w:val="22"/>
                <w:lang w:val="ru-RU"/>
              </w:rPr>
              <w:t xml:space="preserve"> </w:t>
            </w:r>
            <w:r w:rsidRPr="007A437A">
              <w:rPr>
                <w:rFonts w:cs="Times New Roman"/>
                <w:sz w:val="22"/>
                <w:lang w:val="ru-RU"/>
              </w:rPr>
              <w:t>шегінде</w:t>
            </w:r>
            <w:r w:rsidRPr="001A406D">
              <w:rPr>
                <w:rFonts w:cs="Times New Roman"/>
                <w:sz w:val="22"/>
                <w:lang w:val="ru-RU"/>
              </w:rPr>
              <w:t xml:space="preserve"> </w:t>
            </w:r>
            <w:r w:rsidRPr="007A437A">
              <w:rPr>
                <w:rFonts w:cs="Times New Roman"/>
                <w:sz w:val="22"/>
                <w:lang w:val="ru-RU"/>
              </w:rPr>
              <w:t>ажырату</w:t>
            </w:r>
            <w:r w:rsidRPr="001A406D">
              <w:rPr>
                <w:rFonts w:cs="Times New Roman"/>
                <w:sz w:val="22"/>
                <w:lang w:val="ru-RU"/>
              </w:rPr>
              <w:t>.</w:t>
            </w:r>
          </w:p>
          <w:p w14:paraId="71DDB1DD" w14:textId="77777777" w:rsidR="00B553F4" w:rsidRPr="001A406D" w:rsidRDefault="00105697" w:rsidP="007A437A">
            <w:pPr>
              <w:spacing w:after="0" w:line="240" w:lineRule="auto"/>
              <w:rPr>
                <w:rFonts w:cs="Times New Roman"/>
                <w:sz w:val="22"/>
              </w:rPr>
            </w:pPr>
            <w:r w:rsidRPr="007A437A">
              <w:rPr>
                <w:rFonts w:cs="Times New Roman"/>
                <w:b/>
                <w:sz w:val="22"/>
                <w:lang w:val="ru-RU"/>
              </w:rPr>
              <w:t>Ән</w:t>
            </w:r>
            <w:r w:rsidRPr="00B26A77">
              <w:rPr>
                <w:rFonts w:cs="Times New Roman"/>
                <w:b/>
                <w:sz w:val="22"/>
              </w:rPr>
              <w:t xml:space="preserve"> </w:t>
            </w:r>
            <w:r w:rsidRPr="007A437A">
              <w:rPr>
                <w:rFonts w:cs="Times New Roman"/>
                <w:b/>
                <w:sz w:val="22"/>
                <w:lang w:val="ru-RU"/>
              </w:rPr>
              <w:t>айту</w:t>
            </w:r>
            <w:r w:rsidRPr="00B26A77">
              <w:rPr>
                <w:rFonts w:cs="Times New Roman"/>
                <w:b/>
                <w:sz w:val="22"/>
              </w:rPr>
              <w:t xml:space="preserve">: </w:t>
            </w:r>
            <w:r w:rsidRPr="007A437A">
              <w:rPr>
                <w:rFonts w:cs="Times New Roman"/>
                <w:sz w:val="22"/>
                <w:lang w:val="ru-RU"/>
              </w:rPr>
              <w:t>ре</w:t>
            </w:r>
            <w:r w:rsidRPr="00B26A77">
              <w:rPr>
                <w:rFonts w:cs="Times New Roman"/>
                <w:sz w:val="22"/>
              </w:rPr>
              <w:t>–</w:t>
            </w:r>
            <w:r w:rsidRPr="007A437A">
              <w:rPr>
                <w:rFonts w:cs="Times New Roman"/>
                <w:sz w:val="22"/>
                <w:lang w:val="ru-RU"/>
              </w:rPr>
              <w:t>си</w:t>
            </w:r>
            <w:r w:rsidRPr="00B26A77">
              <w:rPr>
                <w:rFonts w:cs="Times New Roman"/>
                <w:sz w:val="22"/>
              </w:rPr>
              <w:t xml:space="preserve"> </w:t>
            </w:r>
            <w:r w:rsidRPr="007A437A">
              <w:rPr>
                <w:rFonts w:cs="Times New Roman"/>
                <w:sz w:val="22"/>
                <w:lang w:val="ru-RU"/>
              </w:rPr>
              <w:t>бірінші</w:t>
            </w:r>
            <w:r w:rsidRPr="001A406D">
              <w:rPr>
                <w:rFonts w:cs="Times New Roman"/>
                <w:sz w:val="22"/>
              </w:rPr>
              <w:t xml:space="preserve"> </w:t>
            </w:r>
            <w:r w:rsidRPr="007A437A">
              <w:rPr>
                <w:rFonts w:cs="Times New Roman"/>
                <w:sz w:val="22"/>
                <w:lang w:val="ru-RU"/>
              </w:rPr>
              <w:t>октава</w:t>
            </w:r>
            <w:r w:rsidRPr="001A406D">
              <w:rPr>
                <w:rFonts w:cs="Times New Roman"/>
                <w:sz w:val="22"/>
              </w:rPr>
              <w:t xml:space="preserve"> </w:t>
            </w:r>
            <w:r w:rsidRPr="007A437A">
              <w:rPr>
                <w:rFonts w:cs="Times New Roman"/>
                <w:sz w:val="22"/>
                <w:lang w:val="ru-RU"/>
              </w:rPr>
              <w:t>шегінде</w:t>
            </w:r>
            <w:r w:rsidRPr="001A406D">
              <w:rPr>
                <w:rFonts w:cs="Times New Roman"/>
                <w:sz w:val="22"/>
              </w:rPr>
              <w:t xml:space="preserve"> </w:t>
            </w:r>
            <w:r w:rsidRPr="007A437A">
              <w:rPr>
                <w:rFonts w:cs="Times New Roman"/>
                <w:sz w:val="22"/>
                <w:lang w:val="ru-RU"/>
              </w:rPr>
              <w:t>әуенді</w:t>
            </w:r>
            <w:r w:rsidRPr="001A406D">
              <w:rPr>
                <w:rFonts w:cs="Times New Roman"/>
                <w:sz w:val="22"/>
              </w:rPr>
              <w:t xml:space="preserve"> </w:t>
            </w:r>
            <w:r w:rsidRPr="007A437A">
              <w:rPr>
                <w:rFonts w:cs="Times New Roman"/>
                <w:sz w:val="22"/>
                <w:lang w:val="ru-RU"/>
              </w:rPr>
              <w:t>таза</w:t>
            </w:r>
            <w:r w:rsidRPr="001A406D">
              <w:rPr>
                <w:rFonts w:cs="Times New Roman"/>
                <w:sz w:val="22"/>
              </w:rPr>
              <w:t xml:space="preserve"> </w:t>
            </w:r>
            <w:r w:rsidRPr="007A437A">
              <w:rPr>
                <w:rFonts w:cs="Times New Roman"/>
                <w:sz w:val="22"/>
                <w:lang w:val="ru-RU"/>
              </w:rPr>
              <w:t>айту</w:t>
            </w:r>
            <w:r w:rsidRPr="001A406D">
              <w:rPr>
                <w:rFonts w:cs="Times New Roman"/>
                <w:sz w:val="22"/>
              </w:rPr>
              <w:t>.</w:t>
            </w:r>
          </w:p>
          <w:p w14:paraId="60FD6D82" w14:textId="77777777" w:rsidR="00B553F4" w:rsidRPr="001A406D" w:rsidRDefault="00105697" w:rsidP="007A437A">
            <w:pPr>
              <w:spacing w:after="0" w:line="240" w:lineRule="auto"/>
              <w:rPr>
                <w:rFonts w:cs="Times New Roman"/>
                <w:sz w:val="22"/>
              </w:rPr>
            </w:pPr>
            <w:r w:rsidRPr="007A437A">
              <w:rPr>
                <w:rFonts w:cs="Times New Roman"/>
                <w:b/>
                <w:sz w:val="22"/>
                <w:lang w:val="ru-RU"/>
              </w:rPr>
              <w:t>Музыкалық</w:t>
            </w:r>
            <w:r w:rsidRPr="001A406D">
              <w:rPr>
                <w:rFonts w:cs="Times New Roman"/>
                <w:b/>
                <w:sz w:val="22"/>
              </w:rPr>
              <w:t>-</w:t>
            </w:r>
            <w:r w:rsidRPr="007A437A">
              <w:rPr>
                <w:rFonts w:cs="Times New Roman"/>
                <w:b/>
                <w:sz w:val="22"/>
                <w:lang w:val="ru-RU"/>
              </w:rPr>
              <w:t>ырғақты</w:t>
            </w:r>
            <w:r w:rsidRPr="001A406D">
              <w:rPr>
                <w:rFonts w:cs="Times New Roman"/>
                <w:b/>
                <w:sz w:val="22"/>
              </w:rPr>
              <w:t xml:space="preserve"> </w:t>
            </w:r>
            <w:r w:rsidRPr="007A437A">
              <w:rPr>
                <w:rFonts w:cs="Times New Roman"/>
                <w:b/>
                <w:sz w:val="22"/>
                <w:lang w:val="ru-RU"/>
              </w:rPr>
              <w:t>қимылдар</w:t>
            </w:r>
            <w:r w:rsidRPr="001A406D">
              <w:rPr>
                <w:rFonts w:cs="Times New Roman"/>
                <w:b/>
                <w:sz w:val="22"/>
              </w:rPr>
              <w:t xml:space="preserve">: </w:t>
            </w:r>
            <w:r w:rsidRPr="007A437A">
              <w:rPr>
                <w:rFonts w:cs="Times New Roman"/>
                <w:sz w:val="22"/>
                <w:lang w:val="ru-RU"/>
              </w:rPr>
              <w:t>қос</w:t>
            </w:r>
            <w:r w:rsidRPr="001A406D">
              <w:rPr>
                <w:rFonts w:cs="Times New Roman"/>
                <w:sz w:val="22"/>
              </w:rPr>
              <w:t xml:space="preserve"> </w:t>
            </w:r>
            <w:r w:rsidRPr="007A437A">
              <w:rPr>
                <w:rFonts w:cs="Times New Roman"/>
                <w:sz w:val="22"/>
                <w:lang w:val="ru-RU"/>
              </w:rPr>
              <w:t>аяқпен</w:t>
            </w:r>
            <w:r w:rsidRPr="001A406D">
              <w:rPr>
                <w:rFonts w:cs="Times New Roman"/>
                <w:sz w:val="22"/>
              </w:rPr>
              <w:t xml:space="preserve"> </w:t>
            </w:r>
            <w:r w:rsidRPr="007A437A">
              <w:rPr>
                <w:rFonts w:cs="Times New Roman"/>
                <w:sz w:val="22"/>
                <w:lang w:val="ru-RU"/>
              </w:rPr>
              <w:t>еркін</w:t>
            </w:r>
            <w:r w:rsidRPr="001A406D">
              <w:rPr>
                <w:rFonts w:cs="Times New Roman"/>
                <w:sz w:val="22"/>
              </w:rPr>
              <w:t xml:space="preserve"> </w:t>
            </w:r>
            <w:r w:rsidRPr="007A437A">
              <w:rPr>
                <w:rFonts w:cs="Times New Roman"/>
                <w:sz w:val="22"/>
                <w:lang w:val="ru-RU"/>
              </w:rPr>
              <w:t>және</w:t>
            </w:r>
            <w:r w:rsidRPr="001A406D">
              <w:rPr>
                <w:rFonts w:cs="Times New Roman"/>
                <w:sz w:val="22"/>
              </w:rPr>
              <w:t xml:space="preserve"> </w:t>
            </w:r>
            <w:r w:rsidRPr="007A437A">
              <w:rPr>
                <w:rFonts w:cs="Times New Roman"/>
                <w:sz w:val="22"/>
                <w:lang w:val="ru-RU"/>
              </w:rPr>
              <w:t>жеңіл</w:t>
            </w:r>
            <w:r w:rsidRPr="001A406D">
              <w:rPr>
                <w:rFonts w:cs="Times New Roman"/>
                <w:sz w:val="22"/>
              </w:rPr>
              <w:t xml:space="preserve"> </w:t>
            </w:r>
            <w:r w:rsidRPr="007A437A">
              <w:rPr>
                <w:rFonts w:cs="Times New Roman"/>
                <w:sz w:val="22"/>
                <w:lang w:val="ru-RU"/>
              </w:rPr>
              <w:t>секіру</w:t>
            </w:r>
            <w:r w:rsidRPr="001A406D">
              <w:rPr>
                <w:rFonts w:cs="Times New Roman"/>
                <w:sz w:val="22"/>
              </w:rPr>
              <w:t xml:space="preserve">, </w:t>
            </w:r>
            <w:r w:rsidRPr="007A437A">
              <w:rPr>
                <w:rFonts w:cs="Times New Roman"/>
                <w:sz w:val="22"/>
                <w:lang w:val="ru-RU"/>
              </w:rPr>
              <w:t>музыкамен</w:t>
            </w:r>
            <w:r w:rsidRPr="001A406D">
              <w:rPr>
                <w:rFonts w:cs="Times New Roman"/>
                <w:sz w:val="22"/>
              </w:rPr>
              <w:t xml:space="preserve"> </w:t>
            </w:r>
            <w:r w:rsidRPr="007A437A">
              <w:rPr>
                <w:rFonts w:cs="Times New Roman"/>
                <w:sz w:val="22"/>
                <w:lang w:val="ru-RU"/>
              </w:rPr>
              <w:t>сәйкестендіріп</w:t>
            </w:r>
            <w:r w:rsidRPr="001A406D">
              <w:rPr>
                <w:rFonts w:cs="Times New Roman"/>
                <w:sz w:val="22"/>
              </w:rPr>
              <w:t xml:space="preserve"> </w:t>
            </w:r>
            <w:r w:rsidRPr="007A437A">
              <w:rPr>
                <w:rFonts w:cs="Times New Roman"/>
                <w:sz w:val="22"/>
                <w:lang w:val="ru-RU"/>
              </w:rPr>
              <w:t>жүрелеп</w:t>
            </w:r>
            <w:r w:rsidRPr="001A406D">
              <w:rPr>
                <w:rFonts w:cs="Times New Roman"/>
                <w:sz w:val="22"/>
              </w:rPr>
              <w:t xml:space="preserve"> </w:t>
            </w:r>
            <w:r w:rsidRPr="007A437A">
              <w:rPr>
                <w:rFonts w:cs="Times New Roman"/>
                <w:sz w:val="22"/>
                <w:lang w:val="ru-RU"/>
              </w:rPr>
              <w:t>отыру</w:t>
            </w:r>
            <w:r w:rsidRPr="001A406D">
              <w:rPr>
                <w:rFonts w:cs="Times New Roman"/>
                <w:sz w:val="22"/>
              </w:rPr>
              <w:t>.</w:t>
            </w:r>
          </w:p>
          <w:p w14:paraId="755F08BD" w14:textId="77777777" w:rsidR="00B553F4" w:rsidRPr="001A406D" w:rsidRDefault="00105697" w:rsidP="007A437A">
            <w:pPr>
              <w:spacing w:after="0" w:line="240" w:lineRule="auto"/>
              <w:rPr>
                <w:rFonts w:cs="Times New Roman"/>
                <w:sz w:val="22"/>
              </w:rPr>
            </w:pPr>
            <w:r w:rsidRPr="007A437A">
              <w:rPr>
                <w:rFonts w:cs="Times New Roman"/>
                <w:b/>
                <w:sz w:val="22"/>
                <w:lang w:val="ru-RU"/>
              </w:rPr>
              <w:t>Аспапта</w:t>
            </w:r>
            <w:r w:rsidRPr="001A406D">
              <w:rPr>
                <w:rFonts w:cs="Times New Roman"/>
                <w:b/>
                <w:sz w:val="22"/>
              </w:rPr>
              <w:t xml:space="preserve"> </w:t>
            </w:r>
            <w:r w:rsidRPr="007A437A">
              <w:rPr>
                <w:rFonts w:cs="Times New Roman"/>
                <w:b/>
                <w:sz w:val="22"/>
                <w:lang w:val="ru-RU"/>
              </w:rPr>
              <w:t>ойнау</w:t>
            </w:r>
            <w:r w:rsidRPr="001A406D">
              <w:rPr>
                <w:rFonts w:cs="Times New Roman"/>
                <w:b/>
                <w:sz w:val="22"/>
              </w:rPr>
              <w:t xml:space="preserve">: </w:t>
            </w:r>
            <w:r w:rsidRPr="007A437A">
              <w:rPr>
                <w:rFonts w:cs="Times New Roman"/>
                <w:sz w:val="22"/>
                <w:lang w:val="ru-RU"/>
              </w:rPr>
              <w:t>металлофонмен</w:t>
            </w:r>
            <w:r w:rsidRPr="001A406D">
              <w:rPr>
                <w:rFonts w:cs="Times New Roman"/>
                <w:sz w:val="22"/>
              </w:rPr>
              <w:t xml:space="preserve"> </w:t>
            </w:r>
            <w:r w:rsidRPr="007A437A">
              <w:rPr>
                <w:rFonts w:cs="Times New Roman"/>
                <w:sz w:val="22"/>
                <w:lang w:val="ru-RU"/>
              </w:rPr>
              <w:t>қарапайым</w:t>
            </w:r>
            <w:r w:rsidRPr="001A406D">
              <w:rPr>
                <w:rFonts w:cs="Times New Roman"/>
                <w:sz w:val="22"/>
              </w:rPr>
              <w:t xml:space="preserve"> </w:t>
            </w:r>
            <w:r w:rsidRPr="007A437A">
              <w:rPr>
                <w:rFonts w:cs="Times New Roman"/>
                <w:sz w:val="22"/>
                <w:lang w:val="ru-RU"/>
              </w:rPr>
              <w:t>әуенді</w:t>
            </w:r>
            <w:r w:rsidRPr="001A406D">
              <w:rPr>
                <w:rFonts w:cs="Times New Roman"/>
                <w:sz w:val="22"/>
              </w:rPr>
              <w:t xml:space="preserve"> </w:t>
            </w:r>
            <w:r w:rsidRPr="007A437A">
              <w:rPr>
                <w:rFonts w:cs="Times New Roman"/>
                <w:sz w:val="22"/>
                <w:lang w:val="ru-RU"/>
              </w:rPr>
              <w:t>ойнау</w:t>
            </w:r>
            <w:r w:rsidRPr="001A406D">
              <w:rPr>
                <w:rFonts w:cs="Times New Roman"/>
                <w:sz w:val="22"/>
              </w:rPr>
              <w:t>.</w:t>
            </w:r>
          </w:p>
          <w:p w14:paraId="59DF25CE" w14:textId="77777777" w:rsidR="00B553F4" w:rsidRPr="001A406D" w:rsidRDefault="00105697" w:rsidP="007A437A">
            <w:pPr>
              <w:spacing w:after="0" w:line="240" w:lineRule="auto"/>
              <w:rPr>
                <w:rFonts w:cs="Times New Roman"/>
                <w:sz w:val="22"/>
              </w:rPr>
            </w:pPr>
            <w:r w:rsidRPr="007A437A">
              <w:rPr>
                <w:rFonts w:cs="Times New Roman"/>
                <w:b/>
                <w:sz w:val="22"/>
                <w:lang w:val="ru-RU"/>
              </w:rPr>
              <w:t>Билер</w:t>
            </w:r>
            <w:r w:rsidRPr="001A406D">
              <w:rPr>
                <w:rFonts w:cs="Times New Roman"/>
                <w:b/>
                <w:sz w:val="22"/>
              </w:rPr>
              <w:t xml:space="preserve">: </w:t>
            </w:r>
            <w:r w:rsidRPr="007A437A">
              <w:rPr>
                <w:rFonts w:cs="Times New Roman"/>
                <w:sz w:val="22"/>
                <w:lang w:val="ru-RU"/>
              </w:rPr>
              <w:t>ойындағы</w:t>
            </w:r>
            <w:r w:rsidRPr="001A406D">
              <w:rPr>
                <w:rFonts w:cs="Times New Roman"/>
                <w:sz w:val="22"/>
              </w:rPr>
              <w:t xml:space="preserve"> </w:t>
            </w:r>
            <w:r w:rsidRPr="007A437A">
              <w:rPr>
                <w:rFonts w:cs="Times New Roman"/>
                <w:sz w:val="22"/>
                <w:lang w:val="ru-RU"/>
              </w:rPr>
              <w:t>музыкалық</w:t>
            </w:r>
            <w:r w:rsidRPr="001A406D">
              <w:rPr>
                <w:rFonts w:cs="Times New Roman"/>
                <w:sz w:val="22"/>
              </w:rPr>
              <w:t xml:space="preserve"> </w:t>
            </w:r>
            <w:r w:rsidRPr="007A437A">
              <w:rPr>
                <w:rFonts w:cs="Times New Roman"/>
                <w:sz w:val="22"/>
                <w:lang w:val="ru-RU"/>
              </w:rPr>
              <w:t>қимылдарды</w:t>
            </w:r>
            <w:r w:rsidRPr="001A406D">
              <w:rPr>
                <w:rFonts w:cs="Times New Roman"/>
                <w:sz w:val="22"/>
              </w:rPr>
              <w:t xml:space="preserve"> </w:t>
            </w:r>
            <w:r w:rsidRPr="007A437A">
              <w:rPr>
                <w:rFonts w:cs="Times New Roman"/>
                <w:sz w:val="22"/>
                <w:lang w:val="ru-RU"/>
              </w:rPr>
              <w:t>қолдану</w:t>
            </w:r>
            <w:r w:rsidRPr="001A406D">
              <w:rPr>
                <w:rFonts w:cs="Times New Roman"/>
                <w:sz w:val="22"/>
              </w:rPr>
              <w:t>.</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0BA4672" w14:textId="77777777" w:rsidR="00B553F4" w:rsidRPr="007A437A" w:rsidRDefault="00B26A77" w:rsidP="007A437A">
            <w:pPr>
              <w:spacing w:after="0" w:line="240" w:lineRule="auto"/>
              <w:jc w:val="center"/>
              <w:rPr>
                <w:rFonts w:cs="Times New Roman"/>
                <w:sz w:val="22"/>
                <w:lang w:val="ru-RU"/>
              </w:rPr>
            </w:pPr>
            <w:r>
              <w:rPr>
                <w:rFonts w:cs="Times New Roman"/>
                <w:sz w:val="22"/>
                <w:lang w:val="ru-RU"/>
              </w:rPr>
              <w:t>13.10-15.10.</w:t>
            </w:r>
            <w:r w:rsidR="00BB5C08">
              <w:rPr>
                <w:rFonts w:cs="Times New Roman"/>
                <w:sz w:val="22"/>
                <w:lang w:val="ru-RU"/>
              </w:rPr>
              <w:t>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52D71DB" w14:textId="77777777" w:rsidR="00B553F4" w:rsidRPr="00BB5C08" w:rsidRDefault="00105697" w:rsidP="007A437A">
            <w:pPr>
              <w:spacing w:after="0" w:line="240" w:lineRule="auto"/>
              <w:jc w:val="center"/>
              <w:rPr>
                <w:rFonts w:cs="Times New Roman"/>
                <w:sz w:val="22"/>
                <w:lang w:val="ru-RU"/>
              </w:rPr>
            </w:pPr>
            <w:r w:rsidRPr="00BB5C08">
              <w:rPr>
                <w:rFonts w:cs="Times New Roman"/>
                <w:b/>
                <w:sz w:val="22"/>
                <w:lang w:val="ru-RU"/>
              </w:rPr>
              <w:t>2</w:t>
            </w:r>
          </w:p>
        </w:tc>
      </w:tr>
      <w:tr w:rsidR="00B553F4" w:rsidRPr="007A437A" w14:paraId="2295ADFE"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26E81D8" w14:textId="77777777" w:rsidR="00B553F4" w:rsidRPr="00BB5C08" w:rsidRDefault="00105697" w:rsidP="007A437A">
            <w:pPr>
              <w:spacing w:after="0" w:line="240" w:lineRule="auto"/>
              <w:jc w:val="center"/>
              <w:rPr>
                <w:rFonts w:cs="Times New Roman"/>
                <w:sz w:val="22"/>
                <w:lang w:val="ru-RU"/>
              </w:rPr>
            </w:pPr>
            <w:r w:rsidRPr="00BB5C08">
              <w:rPr>
                <w:rFonts w:cs="Times New Roman"/>
                <w:b/>
                <w:sz w:val="22"/>
                <w:lang w:val="ru-RU"/>
              </w:rPr>
              <w:t>Әнді таза айтамыз</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477FDA2"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таныс шығарманы білу және музыканың сипатын сезіну.</w:t>
            </w:r>
          </w:p>
          <w:p w14:paraId="7A49F23C"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әуенді таза, сөздерді анық айту; аспаптың сүйемелдеуімен және сүйемелдеуінсіз ән айту.</w:t>
            </w:r>
          </w:p>
          <w:p w14:paraId="01DEE575"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музыканың ырғағына сәйкес әртүрлі қарқынмен секіру.</w:t>
            </w:r>
          </w:p>
          <w:p w14:paraId="5F155E24"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барабанмен қарапайым әуенді ойнау.</w:t>
            </w:r>
          </w:p>
          <w:p w14:paraId="51C98477"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кіріспесін ажыратып, кіріспеден кейін қимылды бастау.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AEB9D9A" w14:textId="77777777" w:rsidR="00B553F4" w:rsidRPr="007A437A" w:rsidRDefault="00B26A77" w:rsidP="007A437A">
            <w:pPr>
              <w:spacing w:after="0" w:line="240" w:lineRule="auto"/>
              <w:jc w:val="center"/>
              <w:rPr>
                <w:rFonts w:cs="Times New Roman"/>
                <w:sz w:val="22"/>
                <w:lang w:val="ru-RU"/>
              </w:rPr>
            </w:pPr>
            <w:r>
              <w:rPr>
                <w:rFonts w:cs="Times New Roman"/>
                <w:sz w:val="22"/>
                <w:lang w:val="ru-RU"/>
              </w:rPr>
              <w:t>20.10-22.10.</w:t>
            </w:r>
            <w:r w:rsidR="00BB5C08">
              <w:rPr>
                <w:rFonts w:cs="Times New Roman"/>
                <w:sz w:val="22"/>
                <w:lang w:val="ru-RU"/>
              </w:rPr>
              <w:t>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C09E4A6"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63409C26" w14:textId="77777777" w:rsidR="00B553F4" w:rsidRPr="007A437A" w:rsidRDefault="00105697" w:rsidP="007A437A">
      <w:pPr>
        <w:spacing w:line="240" w:lineRule="auto"/>
        <w:rPr>
          <w:rFonts w:cs="Times New Roman"/>
          <w:sz w:val="22"/>
        </w:rPr>
      </w:pPr>
      <w:r w:rsidRPr="007A437A">
        <w:rPr>
          <w:rFonts w:cs="Times New Roman"/>
          <w:sz w:val="22"/>
        </w:rPr>
        <w:br w:type="page"/>
      </w:r>
    </w:p>
    <w:p w14:paraId="40B34475" w14:textId="77777777" w:rsidR="00B553F4" w:rsidRPr="007A437A" w:rsidRDefault="00105697" w:rsidP="007A437A">
      <w:pPr>
        <w:spacing w:after="40" w:line="240" w:lineRule="auto"/>
        <w:jc w:val="center"/>
        <w:rPr>
          <w:rFonts w:cs="Times New Roman"/>
          <w:sz w:val="22"/>
        </w:rPr>
      </w:pPr>
      <w:r w:rsidRPr="007A437A">
        <w:rPr>
          <w:rFonts w:cs="Times New Roman"/>
          <w:b/>
          <w:sz w:val="22"/>
        </w:rPr>
        <w:lastRenderedPageBreak/>
        <w:t>ҚАРАША, 2026 ж.</w:t>
      </w:r>
    </w:p>
    <w:p w14:paraId="38561080" w14:textId="77777777" w:rsidR="00B553F4" w:rsidRPr="007A437A" w:rsidRDefault="00105697" w:rsidP="007A437A">
      <w:pPr>
        <w:spacing w:after="60" w:line="240" w:lineRule="auto"/>
        <w:rPr>
          <w:rFonts w:cs="Times New Roman"/>
          <w:sz w:val="22"/>
        </w:rPr>
      </w:pPr>
      <w:r w:rsidRPr="007A437A">
        <w:rPr>
          <w:rFonts w:cs="Times New Roman"/>
          <w:b/>
          <w:sz w:val="22"/>
        </w:rPr>
        <w:t xml:space="preserve">Айдың міндеті: </w:t>
      </w:r>
      <w:r w:rsidRPr="007A437A">
        <w:rPr>
          <w:rFonts w:cs="Times New Roman"/>
          <w:sz w:val="22"/>
        </w:rPr>
        <w:t>Әнді мәнерлеп, созып, қимылдармен үйлестіріп айту (ре–си бірінші октава шегінде); қысқа музыкалық фразалар арасында тыныс алу; әуенді таза және сөздерді анық айту; музыканың сипатын жеткізу; аспаптың сүйемелдеуімен және сүйемелдеуінсіз ән айту.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361EE1C6" w14:textId="77777777" w:rsidTr="00BB5C08">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58C3C9BA"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A1ECC7E"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3A97FB81"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739855C2"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B26A77" w14:paraId="49B7D54A"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9C82ACA" w14:textId="77777777" w:rsidR="00B553F4" w:rsidRPr="007A437A" w:rsidRDefault="00105697" w:rsidP="007A437A">
            <w:pPr>
              <w:spacing w:after="0" w:line="240" w:lineRule="auto"/>
              <w:jc w:val="center"/>
              <w:rPr>
                <w:rFonts w:cs="Times New Roman"/>
                <w:sz w:val="22"/>
              </w:rPr>
            </w:pPr>
            <w:r w:rsidRPr="007A437A">
              <w:rPr>
                <w:rFonts w:cs="Times New Roman"/>
                <w:b/>
                <w:sz w:val="22"/>
              </w:rPr>
              <w:t>Марш ырғағы</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F1E7A9F"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музыканың сипатын сезіну.</w:t>
            </w:r>
          </w:p>
          <w:p w14:paraId="7F530D89"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әнді мәнерлеп, сөздерді анық айту.</w:t>
            </w:r>
          </w:p>
          <w:p w14:paraId="303B30A4"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марш сипатын ырғақты жүріспен беру.</w:t>
            </w:r>
          </w:p>
          <w:p w14:paraId="69C5BE65"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барабанмен қарапайым әуенді ойнау.</w:t>
            </w:r>
          </w:p>
          <w:p w14:paraId="62261915"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кіріспесін ажыратып, кіріспеден кейін қимылды бастау.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A9D2626" w14:textId="77777777" w:rsidR="00B553F4" w:rsidRPr="007A437A" w:rsidRDefault="00B26A77" w:rsidP="007A437A">
            <w:pPr>
              <w:spacing w:after="0" w:line="240" w:lineRule="auto"/>
              <w:jc w:val="center"/>
              <w:rPr>
                <w:rFonts w:cs="Times New Roman"/>
                <w:sz w:val="22"/>
                <w:lang w:val="ru-RU"/>
              </w:rPr>
            </w:pPr>
            <w:r>
              <w:rPr>
                <w:rFonts w:cs="Times New Roman"/>
                <w:sz w:val="22"/>
                <w:lang w:val="ru-RU"/>
              </w:rPr>
              <w:t>27.10-29.10</w:t>
            </w:r>
            <w:r w:rsidR="00BB5C08">
              <w:rPr>
                <w:rFonts w:cs="Times New Roman"/>
                <w:sz w:val="22"/>
                <w:lang w:val="ru-RU"/>
              </w:rPr>
              <w:t>.2026ж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9CD72BF" w14:textId="77777777" w:rsidR="00B553F4" w:rsidRPr="00B26A77" w:rsidRDefault="00105697" w:rsidP="007A437A">
            <w:pPr>
              <w:spacing w:after="0" w:line="240" w:lineRule="auto"/>
              <w:jc w:val="center"/>
              <w:rPr>
                <w:rFonts w:cs="Times New Roman"/>
                <w:sz w:val="22"/>
                <w:lang w:val="ru-RU"/>
              </w:rPr>
            </w:pPr>
            <w:r w:rsidRPr="00B26A77">
              <w:rPr>
                <w:rFonts w:cs="Times New Roman"/>
                <w:b/>
                <w:sz w:val="22"/>
                <w:lang w:val="ru-RU"/>
              </w:rPr>
              <w:t>2</w:t>
            </w:r>
          </w:p>
        </w:tc>
      </w:tr>
      <w:tr w:rsidR="00B553F4" w:rsidRPr="00B26A77" w14:paraId="671E2792"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C7E51CC" w14:textId="77777777" w:rsidR="00B553F4" w:rsidRPr="00B26A77" w:rsidRDefault="00105697" w:rsidP="007A437A">
            <w:pPr>
              <w:spacing w:after="0" w:line="240" w:lineRule="auto"/>
              <w:jc w:val="center"/>
              <w:rPr>
                <w:rFonts w:cs="Times New Roman"/>
                <w:sz w:val="22"/>
                <w:lang w:val="ru-RU"/>
              </w:rPr>
            </w:pPr>
            <w:r w:rsidRPr="00B26A77">
              <w:rPr>
                <w:rFonts w:cs="Times New Roman"/>
                <w:b/>
                <w:sz w:val="22"/>
                <w:lang w:val="ru-RU"/>
              </w:rPr>
              <w:t>Жеңіл қадам, шапшаң қимыл</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514D7C1"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баяу және жылдам музыканы ажырату.</w:t>
            </w:r>
          </w:p>
          <w:p w14:paraId="0BA5B606"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әннің сипатын жеткізе білу.</w:t>
            </w:r>
          </w:p>
          <w:p w14:paraId="6F44AC6A"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жеңіл, ырғақты жүгіру; қос аяқпен еркін және жеңіл секіру.</w:t>
            </w:r>
          </w:p>
          <w:p w14:paraId="38974D1A"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сылдырмақпен қарапайым әуенді ойнау.</w:t>
            </w:r>
          </w:p>
          <w:p w14:paraId="1F75BC2F"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сипатына сәйкес қимылдарды ауыстыру.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2C11378" w14:textId="77777777" w:rsidR="00B553F4" w:rsidRPr="007A437A" w:rsidRDefault="00B26A77" w:rsidP="007A437A">
            <w:pPr>
              <w:spacing w:after="0" w:line="240" w:lineRule="auto"/>
              <w:jc w:val="center"/>
              <w:rPr>
                <w:rFonts w:cs="Times New Roman"/>
                <w:sz w:val="22"/>
                <w:lang w:val="ru-RU"/>
              </w:rPr>
            </w:pPr>
            <w:r>
              <w:rPr>
                <w:rFonts w:cs="Times New Roman"/>
                <w:sz w:val="22"/>
                <w:lang w:val="ru-RU"/>
              </w:rPr>
              <w:t>03.11-05.11</w:t>
            </w:r>
            <w:r w:rsidR="00BB5C08">
              <w:rPr>
                <w:rFonts w:cs="Times New Roman"/>
                <w:sz w:val="22"/>
                <w:lang w:val="ru-RU"/>
              </w:rPr>
              <w:t>.2026ж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414A581" w14:textId="77777777" w:rsidR="00B553F4" w:rsidRPr="00B26A77" w:rsidRDefault="00105697" w:rsidP="007A437A">
            <w:pPr>
              <w:spacing w:after="0" w:line="240" w:lineRule="auto"/>
              <w:jc w:val="center"/>
              <w:rPr>
                <w:rFonts w:cs="Times New Roman"/>
                <w:sz w:val="22"/>
                <w:lang w:val="ru-RU"/>
              </w:rPr>
            </w:pPr>
            <w:r w:rsidRPr="00B26A77">
              <w:rPr>
                <w:rFonts w:cs="Times New Roman"/>
                <w:b/>
                <w:sz w:val="22"/>
                <w:lang w:val="ru-RU"/>
              </w:rPr>
              <w:t>2</w:t>
            </w:r>
          </w:p>
        </w:tc>
      </w:tr>
      <w:tr w:rsidR="00B553F4" w:rsidRPr="007A437A" w14:paraId="0EF1216C"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AE0F77D" w14:textId="77777777" w:rsidR="00B553F4" w:rsidRPr="00B26A77" w:rsidRDefault="00105697" w:rsidP="007A437A">
            <w:pPr>
              <w:spacing w:after="0" w:line="240" w:lineRule="auto"/>
              <w:jc w:val="center"/>
              <w:rPr>
                <w:rFonts w:cs="Times New Roman"/>
                <w:sz w:val="22"/>
                <w:lang w:val="ru-RU"/>
              </w:rPr>
            </w:pPr>
            <w:r w:rsidRPr="00B26A77">
              <w:rPr>
                <w:rFonts w:cs="Times New Roman"/>
                <w:b/>
                <w:sz w:val="22"/>
                <w:lang w:val="ru-RU"/>
              </w:rPr>
              <w:t>Музыкалық сахна</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3833C04" w14:textId="77777777" w:rsidR="00B553F4" w:rsidRPr="00B26A77" w:rsidRDefault="00105697" w:rsidP="007A437A">
            <w:pPr>
              <w:spacing w:after="0" w:line="240" w:lineRule="auto"/>
              <w:rPr>
                <w:rFonts w:cs="Times New Roman"/>
                <w:sz w:val="22"/>
                <w:lang w:val="ru-RU"/>
              </w:rPr>
            </w:pPr>
            <w:r w:rsidRPr="00B26A77">
              <w:rPr>
                <w:rFonts w:cs="Times New Roman"/>
                <w:b/>
                <w:sz w:val="22"/>
                <w:lang w:val="ru-RU"/>
              </w:rPr>
              <w:t xml:space="preserve">Музыка тыңдау: </w:t>
            </w:r>
            <w:r w:rsidRPr="00B26A77">
              <w:rPr>
                <w:rFonts w:cs="Times New Roman"/>
                <w:sz w:val="22"/>
                <w:lang w:val="ru-RU"/>
              </w:rPr>
              <w:t>таныс шығарманы тыңдап, сипатын сезіну.</w:t>
            </w:r>
          </w:p>
          <w:p w14:paraId="0CA25BD8" w14:textId="77777777" w:rsidR="00B553F4" w:rsidRPr="00B26A77" w:rsidRDefault="00105697" w:rsidP="007A437A">
            <w:pPr>
              <w:spacing w:after="0" w:line="240" w:lineRule="auto"/>
              <w:rPr>
                <w:rFonts w:cs="Times New Roman"/>
                <w:sz w:val="22"/>
                <w:lang w:val="ru-RU"/>
              </w:rPr>
            </w:pPr>
            <w:r w:rsidRPr="00B26A77">
              <w:rPr>
                <w:rFonts w:cs="Times New Roman"/>
                <w:b/>
                <w:sz w:val="22"/>
                <w:lang w:val="ru-RU"/>
              </w:rPr>
              <w:t xml:space="preserve">Ән айту: </w:t>
            </w:r>
            <w:r w:rsidRPr="00B26A77">
              <w:rPr>
                <w:rFonts w:cs="Times New Roman"/>
                <w:sz w:val="22"/>
                <w:lang w:val="ru-RU"/>
              </w:rPr>
              <w:t>әнді созып, қимылдармен үйлестіріп айту.</w:t>
            </w:r>
          </w:p>
          <w:p w14:paraId="4BAA20A5" w14:textId="77777777" w:rsidR="00B553F4" w:rsidRPr="001A406D" w:rsidRDefault="00105697" w:rsidP="007A437A">
            <w:pPr>
              <w:spacing w:after="0" w:line="240" w:lineRule="auto"/>
              <w:rPr>
                <w:rFonts w:cs="Times New Roman"/>
                <w:sz w:val="22"/>
                <w:lang w:val="ru-RU"/>
              </w:rPr>
            </w:pPr>
            <w:r w:rsidRPr="00B26A77">
              <w:rPr>
                <w:rFonts w:cs="Times New Roman"/>
                <w:b/>
                <w:sz w:val="22"/>
                <w:lang w:val="ru-RU"/>
              </w:rPr>
              <w:t>М</w:t>
            </w:r>
            <w:r w:rsidRPr="001A406D">
              <w:rPr>
                <w:rFonts w:cs="Times New Roman"/>
                <w:b/>
                <w:sz w:val="22"/>
                <w:lang w:val="ru-RU"/>
              </w:rPr>
              <w:t xml:space="preserve">узыкалық-ырғақты қимылдар: </w:t>
            </w:r>
            <w:r w:rsidRPr="001A406D">
              <w:rPr>
                <w:rFonts w:cs="Times New Roman"/>
                <w:sz w:val="22"/>
                <w:lang w:val="ru-RU"/>
              </w:rPr>
              <w:t>мазмұны бойынша таныс әндерді сахналау.</w:t>
            </w:r>
          </w:p>
          <w:p w14:paraId="58B3361A"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Аспапта ойнау: </w:t>
            </w:r>
            <w:r w:rsidRPr="001A406D">
              <w:rPr>
                <w:rFonts w:cs="Times New Roman"/>
                <w:sz w:val="22"/>
                <w:lang w:val="ru-RU"/>
              </w:rPr>
              <w:t>ағаш қасықтармен қарапайым әуенді ойнау.</w:t>
            </w:r>
          </w:p>
          <w:p w14:paraId="6E2F6D51"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ойындағы музыкалық қимылдарды билерде қолдану.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C81AF84" w14:textId="77777777" w:rsidR="00B553F4" w:rsidRPr="007A437A" w:rsidRDefault="00B26A77" w:rsidP="007A437A">
            <w:pPr>
              <w:spacing w:after="0" w:line="240" w:lineRule="auto"/>
              <w:jc w:val="center"/>
              <w:rPr>
                <w:rFonts w:cs="Times New Roman"/>
                <w:sz w:val="22"/>
                <w:lang w:val="ru-RU"/>
              </w:rPr>
            </w:pPr>
            <w:r>
              <w:rPr>
                <w:rFonts w:cs="Times New Roman"/>
                <w:sz w:val="22"/>
                <w:lang w:val="ru-RU"/>
              </w:rPr>
              <w:t>10.11-12</w:t>
            </w:r>
            <w:r w:rsidR="00BB5C08">
              <w:rPr>
                <w:rFonts w:cs="Times New Roman"/>
                <w:sz w:val="22"/>
                <w:lang w:val="ru-RU"/>
              </w:rPr>
              <w:t>.11.2026ж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63734CC"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B26A77" w14:paraId="532E51D6"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39BDF42" w14:textId="77777777" w:rsidR="00B553F4" w:rsidRPr="007A437A" w:rsidRDefault="00105697" w:rsidP="007A437A">
            <w:pPr>
              <w:spacing w:after="0" w:line="240" w:lineRule="auto"/>
              <w:jc w:val="center"/>
              <w:rPr>
                <w:rFonts w:cs="Times New Roman"/>
                <w:sz w:val="22"/>
              </w:rPr>
            </w:pPr>
            <w:r w:rsidRPr="007A437A">
              <w:rPr>
                <w:rFonts w:cs="Times New Roman"/>
                <w:b/>
                <w:sz w:val="22"/>
              </w:rPr>
              <w:t>Қимыл мен ырғақ</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DD0DB91"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музыканың көңілді, ойнақы сипатын қабылдау.</w:t>
            </w:r>
          </w:p>
          <w:p w14:paraId="7084156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қысқа музыкалық фразалар арасында тыныс алу.</w:t>
            </w:r>
          </w:p>
          <w:p w14:paraId="1636E8F1"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музыканың екінші бөлігінде қимылдарды өзгерту; әртүрлі қарқынмен секіру.</w:t>
            </w:r>
          </w:p>
          <w:p w14:paraId="53932038"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асатаяқпен қарапайым әуенді ойнау.</w:t>
            </w:r>
          </w:p>
          <w:p w14:paraId="4E47E6C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шеңбер бойымен ән айтып жүру және қимылдарды өзгерту.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76E13E0" w14:textId="77777777" w:rsidR="00B553F4" w:rsidRPr="007A437A" w:rsidRDefault="00B26A77" w:rsidP="00B26A77">
            <w:pPr>
              <w:spacing w:after="0" w:line="240" w:lineRule="auto"/>
              <w:jc w:val="center"/>
              <w:rPr>
                <w:rFonts w:cs="Times New Roman"/>
                <w:sz w:val="22"/>
                <w:lang w:val="ru-RU"/>
              </w:rPr>
            </w:pPr>
            <w:r>
              <w:rPr>
                <w:rFonts w:cs="Times New Roman"/>
                <w:sz w:val="22"/>
                <w:lang w:val="ru-RU"/>
              </w:rPr>
              <w:t>17.11-19.11</w:t>
            </w:r>
            <w:r w:rsidR="00BB5C08">
              <w:rPr>
                <w:rFonts w:cs="Times New Roman"/>
                <w:sz w:val="22"/>
                <w:lang w:val="ru-RU"/>
              </w:rPr>
              <w:t>.2026ж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4FD4435" w14:textId="77777777" w:rsidR="00B553F4" w:rsidRPr="00B26A77" w:rsidRDefault="00105697" w:rsidP="007A437A">
            <w:pPr>
              <w:spacing w:after="0" w:line="240" w:lineRule="auto"/>
              <w:jc w:val="center"/>
              <w:rPr>
                <w:rFonts w:cs="Times New Roman"/>
                <w:sz w:val="22"/>
                <w:lang w:val="ru-RU"/>
              </w:rPr>
            </w:pPr>
            <w:r w:rsidRPr="00B26A77">
              <w:rPr>
                <w:rFonts w:cs="Times New Roman"/>
                <w:b/>
                <w:sz w:val="22"/>
                <w:lang w:val="ru-RU"/>
              </w:rPr>
              <w:t>2</w:t>
            </w:r>
          </w:p>
        </w:tc>
      </w:tr>
    </w:tbl>
    <w:p w14:paraId="33065B81" w14:textId="77777777" w:rsidR="00B553F4" w:rsidRPr="00B26A77" w:rsidRDefault="00105697" w:rsidP="007A437A">
      <w:pPr>
        <w:spacing w:line="240" w:lineRule="auto"/>
        <w:rPr>
          <w:rFonts w:cs="Times New Roman"/>
          <w:sz w:val="22"/>
          <w:lang w:val="ru-RU"/>
        </w:rPr>
      </w:pPr>
      <w:r w:rsidRPr="00B26A77">
        <w:rPr>
          <w:rFonts w:cs="Times New Roman"/>
          <w:sz w:val="22"/>
          <w:lang w:val="ru-RU"/>
        </w:rPr>
        <w:br w:type="page"/>
      </w:r>
    </w:p>
    <w:p w14:paraId="15F138C3" w14:textId="77777777" w:rsidR="00B553F4" w:rsidRPr="00B26A77" w:rsidRDefault="00105697" w:rsidP="007A437A">
      <w:pPr>
        <w:spacing w:after="40" w:line="240" w:lineRule="auto"/>
        <w:jc w:val="center"/>
        <w:rPr>
          <w:rFonts w:cs="Times New Roman"/>
          <w:sz w:val="22"/>
          <w:lang w:val="ru-RU"/>
        </w:rPr>
      </w:pPr>
      <w:r w:rsidRPr="00B26A77">
        <w:rPr>
          <w:rFonts w:cs="Times New Roman"/>
          <w:b/>
          <w:sz w:val="22"/>
          <w:lang w:val="ru-RU"/>
        </w:rPr>
        <w:lastRenderedPageBreak/>
        <w:t>ЖЕЛТОҚСАН, 2026 ж.</w:t>
      </w:r>
    </w:p>
    <w:p w14:paraId="621B3C99" w14:textId="77777777" w:rsidR="00B553F4" w:rsidRPr="001A406D" w:rsidRDefault="00105697" w:rsidP="007A437A">
      <w:pPr>
        <w:spacing w:after="60" w:line="240" w:lineRule="auto"/>
        <w:rPr>
          <w:rFonts w:cs="Times New Roman"/>
          <w:sz w:val="22"/>
          <w:lang w:val="ru-RU"/>
        </w:rPr>
      </w:pPr>
      <w:r w:rsidRPr="00B26A77">
        <w:rPr>
          <w:rFonts w:cs="Times New Roman"/>
          <w:b/>
          <w:sz w:val="22"/>
          <w:lang w:val="ru-RU"/>
        </w:rPr>
        <w:t xml:space="preserve">Айдың міндеті: </w:t>
      </w:r>
      <w:r w:rsidRPr="00B26A77">
        <w:rPr>
          <w:rFonts w:cs="Times New Roman"/>
          <w:sz w:val="22"/>
          <w:lang w:val="ru-RU"/>
        </w:rPr>
        <w:t xml:space="preserve">Таныс әндерді орындауда балаларға арналған әртүрлі шулы музыкалық аспаптарды қолдану; </w:t>
      </w:r>
      <w:r w:rsidRPr="001A406D">
        <w:rPr>
          <w:rFonts w:cs="Times New Roman"/>
          <w:sz w:val="22"/>
          <w:lang w:val="ru-RU"/>
        </w:rPr>
        <w:t>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15AEC4A2" w14:textId="77777777" w:rsidTr="00BB5C08">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49F0966B"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2DC762BC"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5523944C"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50FD04D2"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7A437A" w14:paraId="2D2F514F"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CBA343F" w14:textId="77777777" w:rsidR="00B553F4" w:rsidRPr="007A437A" w:rsidRDefault="00105697" w:rsidP="007A437A">
            <w:pPr>
              <w:spacing w:after="0" w:line="240" w:lineRule="auto"/>
              <w:jc w:val="center"/>
              <w:rPr>
                <w:rFonts w:cs="Times New Roman"/>
                <w:sz w:val="22"/>
              </w:rPr>
            </w:pPr>
            <w:r w:rsidRPr="007A437A">
              <w:rPr>
                <w:rFonts w:cs="Times New Roman"/>
                <w:b/>
                <w:sz w:val="22"/>
              </w:rPr>
              <w:t>Көңілді оркестр</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E7333F9"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таныс шығарманы тыңдау және сипатын сезіну.</w:t>
            </w:r>
          </w:p>
          <w:p w14:paraId="649D9E43"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айту.</w:t>
            </w:r>
          </w:p>
          <w:p w14:paraId="0DCD6322"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ырғағын нақты бере отырып, қимылдарды музыкамен сәйкестендіру.</w:t>
            </w:r>
          </w:p>
          <w:p w14:paraId="1B60CD52"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сылдырмақ, барабан және ағаш қасықпен қарапайым әуендерді ойнау; аспаптарды тану және атау.</w:t>
            </w:r>
          </w:p>
          <w:p w14:paraId="6BB17E94"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әуеннің көңілді сипатын қабылдап, жеңіл ырғақпен қозғалу.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351F206" w14:textId="77777777" w:rsidR="00B553F4" w:rsidRPr="00BB5C08" w:rsidRDefault="00B26A77" w:rsidP="007A437A">
            <w:pPr>
              <w:spacing w:after="0" w:line="240" w:lineRule="auto"/>
              <w:jc w:val="center"/>
              <w:rPr>
                <w:rFonts w:cs="Times New Roman"/>
                <w:sz w:val="22"/>
                <w:lang w:val="kk-KZ"/>
              </w:rPr>
            </w:pPr>
            <w:r>
              <w:rPr>
                <w:rFonts w:cs="Times New Roman"/>
                <w:sz w:val="22"/>
                <w:lang w:val="kk-KZ"/>
              </w:rPr>
              <w:t>24.11-26.12</w:t>
            </w:r>
            <w:r w:rsidR="0051503B">
              <w:rPr>
                <w:rFonts w:cs="Times New Roman"/>
                <w:sz w:val="22"/>
                <w:lang w:val="kk-KZ"/>
              </w:rPr>
              <w:t>.2026</w:t>
            </w:r>
            <w:r w:rsidR="00BB5C08">
              <w:rPr>
                <w:rFonts w:cs="Times New Roman"/>
                <w:sz w:val="22"/>
                <w:lang w:val="kk-KZ"/>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9BE863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33B7D7EF"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B4F0411" w14:textId="77777777" w:rsidR="00B553F4" w:rsidRPr="007A437A" w:rsidRDefault="00105697" w:rsidP="007A437A">
            <w:pPr>
              <w:spacing w:after="0" w:line="240" w:lineRule="auto"/>
              <w:jc w:val="center"/>
              <w:rPr>
                <w:rFonts w:cs="Times New Roman"/>
                <w:sz w:val="22"/>
              </w:rPr>
            </w:pPr>
            <w:r w:rsidRPr="007A437A">
              <w:rPr>
                <w:rFonts w:cs="Times New Roman"/>
                <w:b/>
                <w:sz w:val="22"/>
              </w:rPr>
              <w:t>Ұлттық аспаптар үні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15BB4C6"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домбырамен орындалған әндер мен күйлерді тыңдау.</w:t>
            </w:r>
          </w:p>
          <w:p w14:paraId="6632FD66"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созып, музыканың сипатын жеткізе айту.</w:t>
            </w:r>
          </w:p>
          <w:p w14:paraId="4D301A6E"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жеңіл, ырғақты қимылдар орындау.</w:t>
            </w:r>
          </w:p>
          <w:p w14:paraId="4972C8C6"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асатаяқ, домбыра, сазсырнайды тану және атау, қарапайым әуендерді ойнау.</w:t>
            </w:r>
          </w:p>
          <w:p w14:paraId="538D3376"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қазақтың ұлттық би өнерімен танысу.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AFC2668" w14:textId="77777777" w:rsidR="00B553F4" w:rsidRPr="00BB5C08" w:rsidRDefault="00B26A77" w:rsidP="007A437A">
            <w:pPr>
              <w:spacing w:after="0" w:line="240" w:lineRule="auto"/>
              <w:jc w:val="center"/>
              <w:rPr>
                <w:rFonts w:cs="Times New Roman"/>
                <w:sz w:val="22"/>
                <w:lang w:val="kk-KZ"/>
              </w:rPr>
            </w:pPr>
            <w:r>
              <w:rPr>
                <w:rFonts w:cs="Times New Roman"/>
                <w:sz w:val="22"/>
                <w:lang w:val="kk-KZ"/>
              </w:rPr>
              <w:t>01.12</w:t>
            </w:r>
            <w:r w:rsidR="0051503B">
              <w:rPr>
                <w:rFonts w:cs="Times New Roman"/>
                <w:sz w:val="22"/>
                <w:lang w:val="kk-KZ"/>
              </w:rPr>
              <w:t>.2026</w:t>
            </w:r>
            <w:r>
              <w:rPr>
                <w:rFonts w:cs="Times New Roman"/>
                <w:sz w:val="22"/>
                <w:lang w:val="kk-KZ"/>
              </w:rPr>
              <w:t>-03.12.2026ж</w:t>
            </w:r>
            <w:r w:rsidR="00BB5C08">
              <w:rPr>
                <w:rFonts w:cs="Times New Roman"/>
                <w:sz w:val="22"/>
                <w:lang w:val="kk-KZ"/>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65A5D3D"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12D988EF"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EE3BF72" w14:textId="77777777" w:rsidR="00B553F4" w:rsidRPr="007A437A" w:rsidRDefault="00105697" w:rsidP="007A437A">
            <w:pPr>
              <w:spacing w:after="0" w:line="240" w:lineRule="auto"/>
              <w:jc w:val="center"/>
              <w:rPr>
                <w:rFonts w:cs="Times New Roman"/>
                <w:sz w:val="22"/>
              </w:rPr>
            </w:pPr>
            <w:r w:rsidRPr="007A437A">
              <w:rPr>
                <w:rFonts w:cs="Times New Roman"/>
                <w:b/>
                <w:sz w:val="22"/>
              </w:rPr>
              <w:t>Қысқы әуендер</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2344729"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ақырын–қатты, баяу–жылдам мәнерлі құралдарды байқау.</w:t>
            </w:r>
          </w:p>
          <w:p w14:paraId="5A9AEC6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Ән</w:t>
            </w:r>
            <w:r w:rsidRPr="001A406D">
              <w:rPr>
                <w:rFonts w:cs="Times New Roman"/>
                <w:b/>
                <w:sz w:val="22"/>
                <w:lang w:val="ru-RU"/>
              </w:rPr>
              <w:t xml:space="preserve"> </w:t>
            </w:r>
            <w:r w:rsidRPr="007A437A">
              <w:rPr>
                <w:rFonts w:cs="Times New Roman"/>
                <w:b/>
                <w:sz w:val="22"/>
                <w:lang w:val="ru-RU"/>
              </w:rPr>
              <w:t>айту</w:t>
            </w:r>
            <w:r w:rsidRPr="001A406D">
              <w:rPr>
                <w:rFonts w:cs="Times New Roman"/>
                <w:b/>
                <w:sz w:val="22"/>
                <w:lang w:val="ru-RU"/>
              </w:rPr>
              <w:t xml:space="preserve">: </w:t>
            </w:r>
            <w:r w:rsidRPr="007A437A">
              <w:rPr>
                <w:rFonts w:cs="Times New Roman"/>
                <w:sz w:val="22"/>
                <w:lang w:val="ru-RU"/>
              </w:rPr>
              <w:t>қысқа</w:t>
            </w:r>
            <w:r w:rsidRPr="001A406D">
              <w:rPr>
                <w:rFonts w:cs="Times New Roman"/>
                <w:sz w:val="22"/>
                <w:lang w:val="ru-RU"/>
              </w:rPr>
              <w:t xml:space="preserve"> </w:t>
            </w:r>
            <w:r w:rsidRPr="007A437A">
              <w:rPr>
                <w:rFonts w:cs="Times New Roman"/>
                <w:sz w:val="22"/>
                <w:lang w:val="ru-RU"/>
              </w:rPr>
              <w:t>музыкалық</w:t>
            </w:r>
            <w:r w:rsidRPr="001A406D">
              <w:rPr>
                <w:rFonts w:cs="Times New Roman"/>
                <w:sz w:val="22"/>
                <w:lang w:val="ru-RU"/>
              </w:rPr>
              <w:t xml:space="preserve"> </w:t>
            </w:r>
            <w:r w:rsidRPr="007A437A">
              <w:rPr>
                <w:rFonts w:cs="Times New Roman"/>
                <w:sz w:val="22"/>
                <w:lang w:val="ru-RU"/>
              </w:rPr>
              <w:t>фразалар</w:t>
            </w:r>
            <w:r w:rsidRPr="001A406D">
              <w:rPr>
                <w:rFonts w:cs="Times New Roman"/>
                <w:sz w:val="22"/>
                <w:lang w:val="ru-RU"/>
              </w:rPr>
              <w:t xml:space="preserve"> </w:t>
            </w:r>
            <w:r w:rsidRPr="007A437A">
              <w:rPr>
                <w:rFonts w:cs="Times New Roman"/>
                <w:sz w:val="22"/>
                <w:lang w:val="ru-RU"/>
              </w:rPr>
              <w:t>арасында тыныс алу.</w:t>
            </w:r>
          </w:p>
          <w:p w14:paraId="046CE73F"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музыканың екінші бөлігінде қимылдарды өзгерту.</w:t>
            </w:r>
          </w:p>
          <w:p w14:paraId="60F0009A"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металлофон мен сылдырмақпен қарапайым әуендерді ойнау.</w:t>
            </w:r>
          </w:p>
          <w:p w14:paraId="7253EDEE"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атрибуттармен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8DBC96F" w14:textId="77777777" w:rsidR="00B553F4" w:rsidRPr="007A437A" w:rsidRDefault="00B26A77" w:rsidP="007A437A">
            <w:pPr>
              <w:spacing w:after="0" w:line="240" w:lineRule="auto"/>
              <w:jc w:val="center"/>
              <w:rPr>
                <w:rFonts w:cs="Times New Roman"/>
                <w:sz w:val="22"/>
                <w:lang w:val="ru-RU"/>
              </w:rPr>
            </w:pPr>
            <w:r>
              <w:rPr>
                <w:rFonts w:cs="Times New Roman"/>
                <w:sz w:val="22"/>
                <w:lang w:val="ru-RU"/>
              </w:rPr>
              <w:t>08.12-10.</w:t>
            </w:r>
            <w:r w:rsidR="0051503B">
              <w:rPr>
                <w:rFonts w:cs="Times New Roman"/>
                <w:sz w:val="22"/>
                <w:lang w:val="ru-RU"/>
              </w:rPr>
              <w:t>12.2026</w:t>
            </w:r>
            <w:r w:rsidR="00BB5C08">
              <w:rPr>
                <w:rFonts w:cs="Times New Roman"/>
                <w:sz w:val="22"/>
                <w:lang w:val="ru-RU"/>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2CB7879"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6164AE38" w14:textId="77777777" w:rsidTr="00BB5C08">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E66FD89"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Мерекелік ырғақ</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01939E7"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музыканың көңілді, ойнақы сипатын қабылдау.</w:t>
            </w:r>
          </w:p>
          <w:p w14:paraId="32CF112F"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сөздерді анық айту.</w:t>
            </w:r>
          </w:p>
          <w:p w14:paraId="4CD30FBD"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қос аяқпен еркін және жеңіл секіру.</w:t>
            </w:r>
          </w:p>
          <w:p w14:paraId="580FB36E"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барабан, сылдырмақ, ағаш қасықпен таныс әнді сүйемелдеу.</w:t>
            </w:r>
          </w:p>
          <w:p w14:paraId="6D6360C5"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кіріспеден кейін қимылдарды бастау және жұппен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8844F4B" w14:textId="77777777" w:rsidR="00B553F4" w:rsidRPr="00BB5C08" w:rsidRDefault="00B26A77" w:rsidP="0051503B">
            <w:pPr>
              <w:spacing w:after="0" w:line="240" w:lineRule="auto"/>
              <w:jc w:val="center"/>
              <w:rPr>
                <w:rFonts w:cs="Times New Roman"/>
                <w:sz w:val="22"/>
                <w:lang w:val="kk-KZ"/>
              </w:rPr>
            </w:pPr>
            <w:r>
              <w:rPr>
                <w:rFonts w:cs="Times New Roman"/>
                <w:sz w:val="22"/>
                <w:lang w:val="kk-KZ"/>
              </w:rPr>
              <w:t>15.12-17.12.</w:t>
            </w:r>
            <w:r w:rsidR="0051503B">
              <w:rPr>
                <w:rFonts w:cs="Times New Roman"/>
                <w:sz w:val="22"/>
                <w:lang w:val="kk-KZ"/>
              </w:rPr>
              <w:t>2026</w:t>
            </w:r>
            <w:r w:rsidR="00BB5C08">
              <w:rPr>
                <w:rFonts w:cs="Times New Roman"/>
                <w:sz w:val="22"/>
                <w:lang w:val="kk-KZ"/>
              </w:rPr>
              <w:t>ж</w:t>
            </w:r>
            <w:r w:rsidR="00914784">
              <w:rPr>
                <w:rFonts w:cs="Times New Roman"/>
                <w:sz w:val="22"/>
                <w:lang w:val="kk-KZ"/>
              </w:rPr>
              <w:t xml:space="preserve"> </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6E2AF1D"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6E7C8D82" w14:textId="77777777" w:rsidR="00B553F4" w:rsidRPr="007A437A" w:rsidRDefault="00105697" w:rsidP="007A437A">
      <w:pPr>
        <w:spacing w:line="240" w:lineRule="auto"/>
        <w:rPr>
          <w:rFonts w:cs="Times New Roman"/>
          <w:sz w:val="22"/>
        </w:rPr>
      </w:pPr>
      <w:r w:rsidRPr="007A437A">
        <w:rPr>
          <w:rFonts w:cs="Times New Roman"/>
          <w:sz w:val="22"/>
        </w:rPr>
        <w:br w:type="page"/>
      </w:r>
    </w:p>
    <w:p w14:paraId="3B4D9509" w14:textId="77777777" w:rsidR="00B553F4" w:rsidRPr="007A437A" w:rsidRDefault="00105697" w:rsidP="007A437A">
      <w:pPr>
        <w:spacing w:after="40" w:line="240" w:lineRule="auto"/>
        <w:jc w:val="center"/>
        <w:rPr>
          <w:rFonts w:cs="Times New Roman"/>
          <w:sz w:val="22"/>
        </w:rPr>
      </w:pPr>
      <w:r w:rsidRPr="007A437A">
        <w:rPr>
          <w:rFonts w:cs="Times New Roman"/>
          <w:b/>
          <w:sz w:val="22"/>
        </w:rPr>
        <w:lastRenderedPageBreak/>
        <w:t>ҚАҢТАР, 2027 ж.</w:t>
      </w:r>
    </w:p>
    <w:p w14:paraId="2A5B47D2" w14:textId="77777777" w:rsidR="00B553F4" w:rsidRPr="007A437A" w:rsidRDefault="00105697" w:rsidP="007A437A">
      <w:pPr>
        <w:spacing w:after="60" w:line="240" w:lineRule="auto"/>
        <w:rPr>
          <w:rFonts w:cs="Times New Roman"/>
          <w:sz w:val="22"/>
        </w:rPr>
      </w:pPr>
      <w:r w:rsidRPr="007A437A">
        <w:rPr>
          <w:rFonts w:cs="Times New Roman"/>
          <w:b/>
          <w:sz w:val="22"/>
        </w:rPr>
        <w:t xml:space="preserve">Айдың міндеті: </w:t>
      </w:r>
      <w:r w:rsidRPr="007A437A">
        <w:rPr>
          <w:rFonts w:cs="Times New Roman"/>
          <w:sz w:val="22"/>
        </w:rPr>
        <w:t>Әуеннің көңілді сипатын қабылдау;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0B328646" w14:textId="77777777" w:rsidTr="00377F93">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0ADF1D0F"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2C6A6CCA"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09DC5EE6"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631450A"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7A437A" w14:paraId="33D6C10B"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C55E5A7" w14:textId="77777777" w:rsidR="00B553F4" w:rsidRPr="007A437A" w:rsidRDefault="00105697" w:rsidP="007A437A">
            <w:pPr>
              <w:spacing w:after="0" w:line="240" w:lineRule="auto"/>
              <w:jc w:val="center"/>
              <w:rPr>
                <w:rFonts w:cs="Times New Roman"/>
                <w:sz w:val="22"/>
              </w:rPr>
            </w:pPr>
            <w:r w:rsidRPr="007A437A">
              <w:rPr>
                <w:rFonts w:cs="Times New Roman"/>
                <w:b/>
                <w:sz w:val="22"/>
              </w:rPr>
              <w:t>Музыканың кіріспесін тыңда</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657F050"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музыканың кіріспесін тыңдап, сипатын сезіну.</w:t>
            </w:r>
          </w:p>
          <w:p w14:paraId="26AB1331"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айту.</w:t>
            </w:r>
          </w:p>
          <w:p w14:paraId="0C0C0875"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басталуына сәйкес қимыл жасау.</w:t>
            </w:r>
          </w:p>
          <w:p w14:paraId="44AD392F"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сылдырмақпен қарапайым әуенді ойнау.</w:t>
            </w:r>
          </w:p>
          <w:p w14:paraId="4477A142"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музыканың кіріспесін ажыратып, кіріспеден кейін қимылды бастау.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C722B02" w14:textId="77777777" w:rsidR="00B553F4" w:rsidRPr="00377F93" w:rsidRDefault="00BB2344" w:rsidP="007A437A">
            <w:pPr>
              <w:spacing w:after="0" w:line="240" w:lineRule="auto"/>
              <w:jc w:val="center"/>
              <w:rPr>
                <w:rFonts w:cs="Times New Roman"/>
                <w:sz w:val="22"/>
                <w:lang w:val="kk-KZ"/>
              </w:rPr>
            </w:pPr>
            <w:r>
              <w:rPr>
                <w:rFonts w:cs="Times New Roman"/>
                <w:sz w:val="22"/>
                <w:lang w:val="kk-KZ"/>
              </w:rPr>
              <w:t>22.12-24.12.</w:t>
            </w:r>
            <w:r w:rsidR="0051503B">
              <w:rPr>
                <w:rFonts w:cs="Times New Roman"/>
                <w:sz w:val="22"/>
                <w:lang w:val="kk-KZ"/>
              </w:rPr>
              <w:t>2027</w:t>
            </w:r>
            <w:r w:rsidR="00377F93">
              <w:rPr>
                <w:rFonts w:cs="Times New Roman"/>
                <w:sz w:val="22"/>
                <w:lang w:val="kk-KZ"/>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2E8B0E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BB2344" w14:paraId="37331FD3"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0B88EE6" w14:textId="77777777" w:rsidR="00B553F4" w:rsidRPr="007A437A" w:rsidRDefault="00105697" w:rsidP="007A437A">
            <w:pPr>
              <w:spacing w:after="0" w:line="240" w:lineRule="auto"/>
              <w:jc w:val="center"/>
              <w:rPr>
                <w:rFonts w:cs="Times New Roman"/>
                <w:sz w:val="22"/>
              </w:rPr>
            </w:pPr>
            <w:r w:rsidRPr="007A437A">
              <w:rPr>
                <w:rFonts w:cs="Times New Roman"/>
                <w:b/>
                <w:sz w:val="22"/>
              </w:rPr>
              <w:t>Жұппен билейміз</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34EFE79"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әуеннің көңілді сипатын қабылдау.</w:t>
            </w:r>
          </w:p>
          <w:p w14:paraId="18853789"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қимылдармен үйлестіріп айту.</w:t>
            </w:r>
          </w:p>
          <w:p w14:paraId="49B03280"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жеңіл, ырғақты қозғалу.</w:t>
            </w:r>
          </w:p>
          <w:p w14:paraId="078E2707"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ағаш қасықпен қарапайым әуенді ойнау.</w:t>
            </w:r>
          </w:p>
          <w:p w14:paraId="737BF8C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жұппен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604D8B0" w14:textId="77777777" w:rsidR="00B553F4" w:rsidRPr="007A437A" w:rsidRDefault="00BB2344" w:rsidP="007A437A">
            <w:pPr>
              <w:spacing w:after="0" w:line="240" w:lineRule="auto"/>
              <w:jc w:val="center"/>
              <w:rPr>
                <w:rFonts w:cs="Times New Roman"/>
                <w:sz w:val="22"/>
                <w:lang w:val="ru-RU"/>
              </w:rPr>
            </w:pPr>
            <w:r>
              <w:rPr>
                <w:rFonts w:cs="Times New Roman"/>
                <w:sz w:val="22"/>
                <w:lang w:val="ru-RU"/>
              </w:rPr>
              <w:t>05.01-07.01</w:t>
            </w:r>
            <w:r w:rsidR="00377F93">
              <w:rPr>
                <w:rFonts w:cs="Times New Roman"/>
                <w:sz w:val="22"/>
                <w:lang w:val="ru-RU"/>
              </w:rPr>
              <w:t>.</w:t>
            </w:r>
            <w:r w:rsidR="0051503B">
              <w:rPr>
                <w:rFonts w:cs="Times New Roman"/>
                <w:sz w:val="22"/>
                <w:lang w:val="ru-RU"/>
              </w:rPr>
              <w:t>2027</w:t>
            </w:r>
            <w:r w:rsidR="00377F93">
              <w:rPr>
                <w:rFonts w:cs="Times New Roman"/>
                <w:sz w:val="22"/>
                <w:lang w:val="ru-RU"/>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2F9E0D5"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2</w:t>
            </w:r>
          </w:p>
        </w:tc>
      </w:tr>
      <w:tr w:rsidR="00B553F4" w:rsidRPr="007A437A" w14:paraId="6C659EEF"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F58B054"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Ойын мен би</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87155B7" w14:textId="77777777" w:rsidR="00B553F4" w:rsidRPr="00BB2344" w:rsidRDefault="00105697" w:rsidP="007A437A">
            <w:pPr>
              <w:spacing w:after="0" w:line="240" w:lineRule="auto"/>
              <w:rPr>
                <w:rFonts w:cs="Times New Roman"/>
                <w:sz w:val="22"/>
                <w:lang w:val="ru-RU"/>
              </w:rPr>
            </w:pPr>
            <w:r w:rsidRPr="00BB2344">
              <w:rPr>
                <w:rFonts w:cs="Times New Roman"/>
                <w:b/>
                <w:sz w:val="22"/>
                <w:lang w:val="ru-RU"/>
              </w:rPr>
              <w:t xml:space="preserve">Музыка тыңдау: </w:t>
            </w:r>
            <w:r w:rsidRPr="00BB2344">
              <w:rPr>
                <w:rFonts w:cs="Times New Roman"/>
                <w:sz w:val="22"/>
                <w:lang w:val="ru-RU"/>
              </w:rPr>
              <w:t>музыканың көңілді, ойнақы сипатын ажырату.</w:t>
            </w:r>
          </w:p>
          <w:p w14:paraId="3EF22718" w14:textId="77777777" w:rsidR="00B553F4" w:rsidRPr="00BB2344" w:rsidRDefault="00105697" w:rsidP="007A437A">
            <w:pPr>
              <w:spacing w:after="0" w:line="240" w:lineRule="auto"/>
              <w:rPr>
                <w:rFonts w:cs="Times New Roman"/>
                <w:sz w:val="22"/>
                <w:lang w:val="ru-RU"/>
              </w:rPr>
            </w:pPr>
            <w:r w:rsidRPr="00BB2344">
              <w:rPr>
                <w:rFonts w:cs="Times New Roman"/>
                <w:b/>
                <w:sz w:val="22"/>
                <w:lang w:val="ru-RU"/>
              </w:rPr>
              <w:t xml:space="preserve">Ән айту: </w:t>
            </w:r>
            <w:r w:rsidRPr="00BB2344">
              <w:rPr>
                <w:rFonts w:cs="Times New Roman"/>
                <w:sz w:val="22"/>
                <w:lang w:val="ru-RU"/>
              </w:rPr>
              <w:t>әнді мәнерлеп айту.</w:t>
            </w:r>
          </w:p>
          <w:p w14:paraId="6AD2A6D9" w14:textId="77777777" w:rsidR="00B553F4" w:rsidRPr="001A406D" w:rsidRDefault="00105697" w:rsidP="007A437A">
            <w:pPr>
              <w:spacing w:after="0" w:line="240" w:lineRule="auto"/>
              <w:rPr>
                <w:rFonts w:cs="Times New Roman"/>
                <w:sz w:val="22"/>
                <w:lang w:val="ru-RU"/>
              </w:rPr>
            </w:pPr>
            <w:r w:rsidRPr="00BB2344">
              <w:rPr>
                <w:rFonts w:cs="Times New Roman"/>
                <w:b/>
                <w:sz w:val="22"/>
                <w:lang w:val="ru-RU"/>
              </w:rPr>
              <w:t>Музыкалық-ырғақты қимыл</w:t>
            </w:r>
            <w:r w:rsidRPr="001A406D">
              <w:rPr>
                <w:rFonts w:cs="Times New Roman"/>
                <w:b/>
                <w:sz w:val="22"/>
                <w:lang w:val="ru-RU"/>
              </w:rPr>
              <w:t xml:space="preserve">дар: </w:t>
            </w:r>
            <w:r w:rsidRPr="001A406D">
              <w:rPr>
                <w:rFonts w:cs="Times New Roman"/>
                <w:sz w:val="22"/>
                <w:lang w:val="ru-RU"/>
              </w:rPr>
              <w:t>музыканың сипатына сәйкес ойын әрекеттерін орындау, шапшаңдық пен ептілік таныту.</w:t>
            </w:r>
          </w:p>
          <w:p w14:paraId="2E57B896"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Аспапта ойнау: </w:t>
            </w:r>
            <w:r w:rsidRPr="001A406D">
              <w:rPr>
                <w:rFonts w:cs="Times New Roman"/>
                <w:sz w:val="22"/>
                <w:lang w:val="ru-RU"/>
              </w:rPr>
              <w:t>барабан мен сылдырмақпен қарапайым әуендерді ойнау.</w:t>
            </w:r>
          </w:p>
          <w:p w14:paraId="76511FBE"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Билер: </w:t>
            </w:r>
            <w:r w:rsidRPr="001A406D">
              <w:rPr>
                <w:rFonts w:cs="Times New Roman"/>
                <w:sz w:val="22"/>
                <w:lang w:val="ru-RU"/>
              </w:rPr>
              <w:t>билерде ойындағы музыкалық қимылдарды қолдану, шеңбер бойымен ән айтып жүру.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13BA048" w14:textId="77777777" w:rsidR="00B553F4" w:rsidRPr="00377F93" w:rsidRDefault="00BB2344" w:rsidP="007A437A">
            <w:pPr>
              <w:spacing w:after="0" w:line="240" w:lineRule="auto"/>
              <w:jc w:val="center"/>
              <w:rPr>
                <w:rFonts w:cs="Times New Roman"/>
                <w:sz w:val="22"/>
                <w:lang w:val="kk-KZ"/>
              </w:rPr>
            </w:pPr>
            <w:r>
              <w:rPr>
                <w:rFonts w:cs="Times New Roman"/>
                <w:sz w:val="22"/>
                <w:lang w:val="kk-KZ"/>
              </w:rPr>
              <w:t>12.01-14.</w:t>
            </w:r>
            <w:r w:rsidR="0051503B">
              <w:rPr>
                <w:rFonts w:cs="Times New Roman"/>
                <w:sz w:val="22"/>
                <w:lang w:val="kk-KZ"/>
              </w:rPr>
              <w:t>01.2027</w:t>
            </w:r>
            <w:r w:rsidR="00377F93">
              <w:rPr>
                <w:rFonts w:cs="Times New Roman"/>
                <w:sz w:val="22"/>
                <w:lang w:val="kk-KZ"/>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7809F22"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BB2344" w14:paraId="47475954"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18F30E3" w14:textId="77777777" w:rsidR="00B553F4" w:rsidRPr="007A437A" w:rsidRDefault="00105697" w:rsidP="007A437A">
            <w:pPr>
              <w:spacing w:after="0" w:line="240" w:lineRule="auto"/>
              <w:jc w:val="center"/>
              <w:rPr>
                <w:rFonts w:cs="Times New Roman"/>
                <w:sz w:val="22"/>
              </w:rPr>
            </w:pPr>
            <w:r w:rsidRPr="007A437A">
              <w:rPr>
                <w:rFonts w:cs="Times New Roman"/>
                <w:b/>
                <w:sz w:val="22"/>
              </w:rPr>
              <w:t>Қимылды музыкаға сай өзгерт</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D5323E5"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музыканың сипатын сезіну.</w:t>
            </w:r>
          </w:p>
          <w:p w14:paraId="3994E135"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музыканың сипатын жеткізе ән айту.</w:t>
            </w:r>
          </w:p>
          <w:p w14:paraId="1F908001"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музыканың екінші бөлігінде қимылдарды өзгерту.</w:t>
            </w:r>
          </w:p>
          <w:p w14:paraId="058B605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металлофонмен қарапайым әуенді ойнау.</w:t>
            </w:r>
          </w:p>
          <w:p w14:paraId="4EFC7386"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сипатына сәйкес қимылдарды ауыстыру.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5E8CE2C" w14:textId="77777777" w:rsidR="00B553F4" w:rsidRPr="007A437A" w:rsidRDefault="00BB2344" w:rsidP="007A437A">
            <w:pPr>
              <w:spacing w:after="0" w:line="240" w:lineRule="auto"/>
              <w:jc w:val="center"/>
              <w:rPr>
                <w:rFonts w:cs="Times New Roman"/>
                <w:sz w:val="22"/>
                <w:lang w:val="ru-RU"/>
              </w:rPr>
            </w:pPr>
            <w:r>
              <w:rPr>
                <w:rFonts w:cs="Times New Roman"/>
                <w:sz w:val="22"/>
                <w:lang w:val="ru-RU"/>
              </w:rPr>
              <w:t>19.01-21.01</w:t>
            </w:r>
            <w:r w:rsidR="0051503B">
              <w:rPr>
                <w:rFonts w:cs="Times New Roman"/>
                <w:sz w:val="22"/>
                <w:lang w:val="ru-RU"/>
              </w:rPr>
              <w:t>.2027</w:t>
            </w:r>
            <w:r w:rsidR="00377F93">
              <w:rPr>
                <w:rFonts w:cs="Times New Roman"/>
                <w:sz w:val="22"/>
                <w:lang w:val="ru-RU"/>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F3A3671"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2</w:t>
            </w:r>
          </w:p>
        </w:tc>
      </w:tr>
    </w:tbl>
    <w:p w14:paraId="173AC1E9" w14:textId="77777777" w:rsidR="00B553F4" w:rsidRPr="00BB2344" w:rsidRDefault="00105697" w:rsidP="007A437A">
      <w:pPr>
        <w:spacing w:line="240" w:lineRule="auto"/>
        <w:rPr>
          <w:rFonts w:cs="Times New Roman"/>
          <w:sz w:val="22"/>
          <w:lang w:val="ru-RU"/>
        </w:rPr>
      </w:pPr>
      <w:r w:rsidRPr="00BB2344">
        <w:rPr>
          <w:rFonts w:cs="Times New Roman"/>
          <w:sz w:val="22"/>
          <w:lang w:val="ru-RU"/>
        </w:rPr>
        <w:br w:type="page"/>
      </w:r>
    </w:p>
    <w:p w14:paraId="442DCBAE" w14:textId="77777777" w:rsidR="00B553F4" w:rsidRPr="00BB2344" w:rsidRDefault="00105697" w:rsidP="007A437A">
      <w:pPr>
        <w:spacing w:after="40" w:line="240" w:lineRule="auto"/>
        <w:jc w:val="center"/>
        <w:rPr>
          <w:rFonts w:cs="Times New Roman"/>
          <w:sz w:val="22"/>
          <w:lang w:val="ru-RU"/>
        </w:rPr>
      </w:pPr>
      <w:r w:rsidRPr="00BB2344">
        <w:rPr>
          <w:rFonts w:cs="Times New Roman"/>
          <w:b/>
          <w:sz w:val="22"/>
          <w:lang w:val="ru-RU"/>
        </w:rPr>
        <w:lastRenderedPageBreak/>
        <w:t>АҚПАН, 2027 ж.</w:t>
      </w:r>
    </w:p>
    <w:p w14:paraId="2BEBA95B" w14:textId="77777777" w:rsidR="00B553F4" w:rsidRPr="001A406D" w:rsidRDefault="00105697" w:rsidP="007A437A">
      <w:pPr>
        <w:spacing w:after="60" w:line="240" w:lineRule="auto"/>
        <w:rPr>
          <w:rFonts w:cs="Times New Roman"/>
          <w:sz w:val="22"/>
          <w:lang w:val="ru-RU"/>
        </w:rPr>
      </w:pPr>
      <w:r w:rsidRPr="00BB2344">
        <w:rPr>
          <w:rFonts w:cs="Times New Roman"/>
          <w:b/>
          <w:sz w:val="22"/>
          <w:lang w:val="ru-RU"/>
        </w:rPr>
        <w:t xml:space="preserve">Айдың міндеті: </w:t>
      </w:r>
      <w:r w:rsidRPr="00BB2344">
        <w:rPr>
          <w:rFonts w:cs="Times New Roman"/>
          <w:sz w:val="22"/>
          <w:lang w:val="ru-RU"/>
        </w:rPr>
        <w:t xml:space="preserve">Әндерді иллюстрацияларды көрсетумен және қимылдармен сүйемелдеу; музыканың көңілді, ойнақы </w:t>
      </w:r>
      <w:r w:rsidRPr="001A406D">
        <w:rPr>
          <w:rFonts w:cs="Times New Roman"/>
          <w:sz w:val="22"/>
          <w:lang w:val="ru-RU"/>
        </w:rPr>
        <w:t>сипатын қабылдау; мазмұны бойынша таныс әндерді сахналау; музыканың ырғағына сәйкес әртүрлі қарқынмен секіру; атрибуттармен би қимылдарын орындау.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28586069" w14:textId="77777777" w:rsidTr="00377F93">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0ACCC50E"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CB05804"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442D788E"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1F76B708"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BB2344" w14:paraId="13A4AF5A"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1775FF4" w14:textId="77777777" w:rsidR="00B553F4" w:rsidRPr="007A437A" w:rsidRDefault="00105697" w:rsidP="007A437A">
            <w:pPr>
              <w:spacing w:after="0" w:line="240" w:lineRule="auto"/>
              <w:jc w:val="center"/>
              <w:rPr>
                <w:rFonts w:cs="Times New Roman"/>
                <w:sz w:val="22"/>
              </w:rPr>
            </w:pPr>
            <w:r w:rsidRPr="007A437A">
              <w:rPr>
                <w:rFonts w:cs="Times New Roman"/>
                <w:b/>
                <w:sz w:val="22"/>
              </w:rPr>
              <w:t>Музыкалық әңгіме</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BA8FC3E"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тыңдалған музыкадан алған әсерлері туралы әңгімелеу.</w:t>
            </w:r>
          </w:p>
          <w:p w14:paraId="5CE19FE0"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музыканың сипатын жеткізе айту.</w:t>
            </w:r>
          </w:p>
          <w:p w14:paraId="56BF4DE8"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мазмұны бойынша таныс әндерді сахналау.</w:t>
            </w:r>
          </w:p>
          <w:p w14:paraId="041CAEF4"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балалар музыкалық аспаптарын тану және атау.</w:t>
            </w:r>
          </w:p>
          <w:p w14:paraId="5B7068CE"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сипатына сәйкес ойын әрекеттерін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271A073" w14:textId="77777777" w:rsidR="00B553F4" w:rsidRPr="007A437A" w:rsidRDefault="00BB2344" w:rsidP="007A437A">
            <w:pPr>
              <w:spacing w:after="0" w:line="240" w:lineRule="auto"/>
              <w:jc w:val="center"/>
              <w:rPr>
                <w:rFonts w:cs="Times New Roman"/>
                <w:sz w:val="22"/>
                <w:lang w:val="ru-RU"/>
              </w:rPr>
            </w:pPr>
            <w:r>
              <w:rPr>
                <w:rFonts w:cs="Times New Roman"/>
                <w:sz w:val="22"/>
                <w:lang w:val="ru-RU"/>
              </w:rPr>
              <w:t>26.01-28.01</w:t>
            </w:r>
            <w:r w:rsidR="0051503B">
              <w:rPr>
                <w:rFonts w:cs="Times New Roman"/>
                <w:sz w:val="22"/>
                <w:lang w:val="ru-RU"/>
              </w:rPr>
              <w:t>.2027</w:t>
            </w:r>
            <w:r w:rsidR="00377F93">
              <w:rPr>
                <w:rFonts w:cs="Times New Roman"/>
                <w:sz w:val="22"/>
                <w:lang w:val="ru-RU"/>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C2507AF"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2</w:t>
            </w:r>
          </w:p>
        </w:tc>
      </w:tr>
      <w:tr w:rsidR="00B553F4" w:rsidRPr="00BB2344" w14:paraId="6374F8B7"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FE7D3F5"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Әуенді суретпен сөйлет</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BBB23AF" w14:textId="77777777" w:rsidR="00B553F4" w:rsidRPr="00BB2344" w:rsidRDefault="00105697" w:rsidP="007A437A">
            <w:pPr>
              <w:spacing w:after="0" w:line="240" w:lineRule="auto"/>
              <w:rPr>
                <w:rFonts w:cs="Times New Roman"/>
                <w:sz w:val="22"/>
                <w:lang w:val="ru-RU"/>
              </w:rPr>
            </w:pPr>
            <w:r w:rsidRPr="00BB2344">
              <w:rPr>
                <w:rFonts w:cs="Times New Roman"/>
                <w:b/>
                <w:sz w:val="22"/>
                <w:lang w:val="ru-RU"/>
              </w:rPr>
              <w:t xml:space="preserve">Музыка тыңдау: </w:t>
            </w:r>
            <w:r w:rsidRPr="00BB2344">
              <w:rPr>
                <w:rFonts w:cs="Times New Roman"/>
                <w:sz w:val="22"/>
                <w:lang w:val="ru-RU"/>
              </w:rPr>
              <w:t>әндерді иллюстрацияларды көрсетумен және қимылдармен сүйемелдеу.</w:t>
            </w:r>
          </w:p>
          <w:p w14:paraId="0554EDEF" w14:textId="77777777" w:rsidR="00B553F4" w:rsidRPr="001A406D" w:rsidRDefault="00105697" w:rsidP="007A437A">
            <w:pPr>
              <w:spacing w:after="0" w:line="240" w:lineRule="auto"/>
              <w:rPr>
                <w:rFonts w:cs="Times New Roman"/>
                <w:sz w:val="22"/>
                <w:lang w:val="ru-RU"/>
              </w:rPr>
            </w:pPr>
            <w:r w:rsidRPr="00BB2344">
              <w:rPr>
                <w:rFonts w:cs="Times New Roman"/>
                <w:b/>
                <w:sz w:val="22"/>
                <w:lang w:val="ru-RU"/>
              </w:rPr>
              <w:t xml:space="preserve">Ән айту: </w:t>
            </w:r>
            <w:r w:rsidRPr="00BB2344">
              <w:rPr>
                <w:rFonts w:cs="Times New Roman"/>
                <w:sz w:val="22"/>
                <w:lang w:val="ru-RU"/>
              </w:rPr>
              <w:t>әнді созып</w:t>
            </w:r>
            <w:r w:rsidRPr="001A406D">
              <w:rPr>
                <w:rFonts w:cs="Times New Roman"/>
                <w:sz w:val="22"/>
                <w:lang w:val="ru-RU"/>
              </w:rPr>
              <w:t>, қимылдармен үйлестіріп айту.</w:t>
            </w:r>
          </w:p>
          <w:p w14:paraId="263898F5"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Музыкалық-ырғақты қимылдар: </w:t>
            </w:r>
            <w:r w:rsidRPr="001A406D">
              <w:rPr>
                <w:rFonts w:cs="Times New Roman"/>
                <w:sz w:val="22"/>
                <w:lang w:val="ru-RU"/>
              </w:rPr>
              <w:t>жеңіл, ырғақты жүгіру және қос аяқпен секіру.</w:t>
            </w:r>
          </w:p>
          <w:p w14:paraId="6450AC25"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Аспапта ойнау: </w:t>
            </w:r>
            <w:r w:rsidRPr="001A406D">
              <w:rPr>
                <w:rFonts w:cs="Times New Roman"/>
                <w:sz w:val="22"/>
                <w:lang w:val="ru-RU"/>
              </w:rPr>
              <w:t>сылдырмақпен қарапайым әуенді ойнау.</w:t>
            </w:r>
          </w:p>
          <w:p w14:paraId="05E8E9A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атрибуттармен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3594A58" w14:textId="77777777" w:rsidR="00B553F4" w:rsidRPr="007A437A" w:rsidRDefault="00BB2344" w:rsidP="007A437A">
            <w:pPr>
              <w:spacing w:after="0" w:line="240" w:lineRule="auto"/>
              <w:jc w:val="center"/>
              <w:rPr>
                <w:rFonts w:cs="Times New Roman"/>
                <w:sz w:val="22"/>
                <w:lang w:val="ru-RU"/>
              </w:rPr>
            </w:pPr>
            <w:r>
              <w:rPr>
                <w:rFonts w:cs="Times New Roman"/>
                <w:sz w:val="22"/>
                <w:lang w:val="ru-RU"/>
              </w:rPr>
              <w:t>02.02-04.02</w:t>
            </w:r>
            <w:r w:rsidR="0051503B">
              <w:rPr>
                <w:rFonts w:cs="Times New Roman"/>
                <w:sz w:val="22"/>
                <w:lang w:val="ru-RU"/>
              </w:rPr>
              <w:t>.2027</w:t>
            </w:r>
            <w:r w:rsidR="00377F93">
              <w:rPr>
                <w:rFonts w:cs="Times New Roman"/>
                <w:sz w:val="22"/>
                <w:lang w:val="ru-RU"/>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385EA29"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2</w:t>
            </w:r>
          </w:p>
        </w:tc>
      </w:tr>
      <w:tr w:rsidR="00B553F4" w:rsidRPr="007A437A" w14:paraId="734B1C82"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9766BCF" w14:textId="77777777" w:rsidR="00B553F4" w:rsidRPr="00BB2344" w:rsidRDefault="00105697" w:rsidP="007A437A">
            <w:pPr>
              <w:spacing w:after="0" w:line="240" w:lineRule="auto"/>
              <w:jc w:val="center"/>
              <w:rPr>
                <w:rFonts w:cs="Times New Roman"/>
                <w:sz w:val="22"/>
                <w:lang w:val="ru-RU"/>
              </w:rPr>
            </w:pPr>
            <w:r w:rsidRPr="00BB2344">
              <w:rPr>
                <w:rFonts w:cs="Times New Roman"/>
                <w:b/>
                <w:sz w:val="22"/>
                <w:lang w:val="ru-RU"/>
              </w:rPr>
              <w:t>Музыкалық фраза</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F12AA2E"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музыканың сипатын сезіну.</w:t>
            </w:r>
          </w:p>
          <w:p w14:paraId="3A179994"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қысқа музыкалық фразалар арасында тыныс алу; әуенді таза және сөздерді анық айту.</w:t>
            </w:r>
          </w:p>
          <w:p w14:paraId="366B87C7"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қимылдарды музыкамен сәйкестендіру.</w:t>
            </w:r>
          </w:p>
          <w:p w14:paraId="56449BEF"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металлофонмен қарапайым әуенді ойнау.</w:t>
            </w:r>
          </w:p>
          <w:p w14:paraId="211EF3F9"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жеңіл, ырғақпен қозғалу.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B824A42" w14:textId="77777777" w:rsidR="00B553F4" w:rsidRPr="00377F93" w:rsidRDefault="00BB2344" w:rsidP="007A437A">
            <w:pPr>
              <w:spacing w:after="0" w:line="240" w:lineRule="auto"/>
              <w:jc w:val="center"/>
              <w:rPr>
                <w:rFonts w:cs="Times New Roman"/>
                <w:sz w:val="22"/>
                <w:lang w:val="kk-KZ"/>
              </w:rPr>
            </w:pPr>
            <w:r>
              <w:rPr>
                <w:rFonts w:cs="Times New Roman"/>
                <w:sz w:val="22"/>
                <w:lang w:val="kk-KZ"/>
              </w:rPr>
              <w:t>09.02-11</w:t>
            </w:r>
            <w:r w:rsidR="0051503B">
              <w:rPr>
                <w:rFonts w:cs="Times New Roman"/>
                <w:sz w:val="22"/>
                <w:lang w:val="kk-KZ"/>
              </w:rPr>
              <w:t>.02.2027</w:t>
            </w:r>
            <w:r w:rsidR="00377F93">
              <w:rPr>
                <w:rFonts w:cs="Times New Roman"/>
                <w:sz w:val="22"/>
                <w:lang w:val="kk-KZ"/>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067A5AA"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7BA9C5B3" w14:textId="77777777" w:rsidTr="00377F93">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3919872" w14:textId="77777777" w:rsidR="00B553F4" w:rsidRPr="007A437A" w:rsidRDefault="00105697" w:rsidP="007A437A">
            <w:pPr>
              <w:spacing w:after="0" w:line="240" w:lineRule="auto"/>
              <w:jc w:val="center"/>
              <w:rPr>
                <w:rFonts w:cs="Times New Roman"/>
                <w:sz w:val="22"/>
              </w:rPr>
            </w:pPr>
            <w:r w:rsidRPr="007A437A">
              <w:rPr>
                <w:rFonts w:cs="Times New Roman"/>
                <w:b/>
                <w:sz w:val="22"/>
              </w:rPr>
              <w:t>Атрибуттармен би</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3921293"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музыканың көңілді, ойнақы сипатын қабылдау.</w:t>
            </w:r>
          </w:p>
          <w:p w14:paraId="35DF5DFB"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қимылдармен үйлестіріп айту.</w:t>
            </w:r>
          </w:p>
          <w:p w14:paraId="55253216"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ырғағына сәйкес әртүрлі қарқынмен секіру.</w:t>
            </w:r>
          </w:p>
          <w:p w14:paraId="0EFF4FE9"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ағаш қасықтармен немесе сылдырмақтармен қарапайым әуенді ойнау.</w:t>
            </w:r>
          </w:p>
          <w:p w14:paraId="73A94FEB"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атрибуттармен және жұппен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16BE601" w14:textId="77777777" w:rsidR="00377F93" w:rsidRPr="00377F93" w:rsidRDefault="00BB2344" w:rsidP="00BB2344">
            <w:pPr>
              <w:spacing w:after="0" w:line="240" w:lineRule="auto"/>
              <w:jc w:val="center"/>
              <w:rPr>
                <w:rFonts w:cs="Times New Roman"/>
                <w:sz w:val="22"/>
                <w:lang w:val="kk-KZ"/>
              </w:rPr>
            </w:pPr>
            <w:r>
              <w:rPr>
                <w:rFonts w:cs="Times New Roman"/>
                <w:sz w:val="22"/>
                <w:lang w:val="kk-KZ"/>
              </w:rPr>
              <w:t>16.</w:t>
            </w:r>
            <w:r w:rsidR="0051503B">
              <w:rPr>
                <w:rFonts w:cs="Times New Roman"/>
                <w:sz w:val="22"/>
                <w:lang w:val="kk-KZ"/>
              </w:rPr>
              <w:t>02-</w:t>
            </w:r>
            <w:r>
              <w:rPr>
                <w:rFonts w:cs="Times New Roman"/>
                <w:sz w:val="22"/>
                <w:lang w:val="kk-KZ"/>
              </w:rPr>
              <w:t>18</w:t>
            </w:r>
            <w:r w:rsidR="0051503B">
              <w:rPr>
                <w:rFonts w:cs="Times New Roman"/>
                <w:sz w:val="22"/>
                <w:lang w:val="kk-KZ"/>
              </w:rPr>
              <w:t>.02.2027</w:t>
            </w:r>
            <w:r w:rsidR="00377F93">
              <w:rPr>
                <w:rFonts w:cs="Times New Roman"/>
                <w:sz w:val="22"/>
                <w:lang w:val="kk-KZ"/>
              </w:rPr>
              <w:t>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363831C"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3B125FE2" w14:textId="77777777" w:rsidR="00B553F4" w:rsidRPr="007A437A" w:rsidRDefault="00105697" w:rsidP="007A437A">
      <w:pPr>
        <w:spacing w:line="240" w:lineRule="auto"/>
        <w:rPr>
          <w:rFonts w:cs="Times New Roman"/>
          <w:sz w:val="22"/>
        </w:rPr>
      </w:pPr>
      <w:r w:rsidRPr="007A437A">
        <w:rPr>
          <w:rFonts w:cs="Times New Roman"/>
          <w:sz w:val="22"/>
        </w:rPr>
        <w:br w:type="page"/>
      </w:r>
    </w:p>
    <w:p w14:paraId="4AF544AE" w14:textId="77777777" w:rsidR="00B553F4" w:rsidRPr="007A437A" w:rsidRDefault="00105697" w:rsidP="007A437A">
      <w:pPr>
        <w:spacing w:after="40" w:line="240" w:lineRule="auto"/>
        <w:jc w:val="center"/>
        <w:rPr>
          <w:rFonts w:cs="Times New Roman"/>
          <w:sz w:val="22"/>
        </w:rPr>
      </w:pPr>
      <w:r w:rsidRPr="007A437A">
        <w:rPr>
          <w:rFonts w:cs="Times New Roman"/>
          <w:b/>
          <w:sz w:val="22"/>
        </w:rPr>
        <w:lastRenderedPageBreak/>
        <w:t>НАУРЫЗ, 2027 ж.</w:t>
      </w:r>
    </w:p>
    <w:p w14:paraId="3E58B069" w14:textId="77777777" w:rsidR="00B553F4" w:rsidRPr="007A437A" w:rsidRDefault="00105697" w:rsidP="007A437A">
      <w:pPr>
        <w:spacing w:after="60" w:line="240" w:lineRule="auto"/>
        <w:rPr>
          <w:rFonts w:cs="Times New Roman"/>
          <w:sz w:val="22"/>
        </w:rPr>
      </w:pPr>
      <w:r w:rsidRPr="007A437A">
        <w:rPr>
          <w:rFonts w:cs="Times New Roman"/>
          <w:b/>
          <w:sz w:val="22"/>
        </w:rPr>
        <w:t xml:space="preserve">Айдың міндеті: </w:t>
      </w:r>
      <w:r w:rsidRPr="007A437A">
        <w:rPr>
          <w:rFonts w:cs="Times New Roman"/>
          <w:sz w:val="22"/>
        </w:rPr>
        <w:t>Қазақтың ұлттық аспабы домбырамен орындалған әндер мен күйлерді тыңдату; балалар музыкалық аспаптарын тану және атау; қазақтың ұлттық би өнерімен таныстыру; «Қамажай» биін үйрету.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45F7E183" w14:textId="77777777" w:rsidTr="0051503B">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B7486E1"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706764AA"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498DC292"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5E6E3BC5"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7A437A" w14:paraId="07148AB1"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1933C79" w14:textId="77777777" w:rsidR="00B553F4" w:rsidRPr="007A437A" w:rsidRDefault="00105697" w:rsidP="007A437A">
            <w:pPr>
              <w:spacing w:after="0" w:line="240" w:lineRule="auto"/>
              <w:jc w:val="center"/>
              <w:rPr>
                <w:rFonts w:cs="Times New Roman"/>
                <w:sz w:val="22"/>
              </w:rPr>
            </w:pPr>
            <w:r w:rsidRPr="007A437A">
              <w:rPr>
                <w:rFonts w:cs="Times New Roman"/>
                <w:b/>
                <w:sz w:val="22"/>
              </w:rPr>
              <w:t>Наурыз әуені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883DEA7"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домбырамен орындалған әндер мен күйлерді тыңдау.</w:t>
            </w:r>
          </w:p>
          <w:p w14:paraId="16016757"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созып айту.</w:t>
            </w:r>
          </w:p>
          <w:p w14:paraId="4EE630B3"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жеңіл, ырғақты қимылдар орындау.</w:t>
            </w:r>
          </w:p>
          <w:p w14:paraId="6FE7106D"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асатаяқ пен ағаш қасықпен қарапайым әуенді ойнау.</w:t>
            </w:r>
          </w:p>
          <w:p w14:paraId="0E6E17CB"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қазақтың ұлттық би өнерімен танысу.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0937354" w14:textId="77777777" w:rsidR="00B553F4" w:rsidRPr="0051503B" w:rsidRDefault="00BB2344" w:rsidP="007A437A">
            <w:pPr>
              <w:spacing w:after="0" w:line="240" w:lineRule="auto"/>
              <w:jc w:val="center"/>
              <w:rPr>
                <w:rFonts w:cs="Times New Roman"/>
                <w:sz w:val="22"/>
                <w:lang w:val="kk-KZ"/>
              </w:rPr>
            </w:pPr>
            <w:r>
              <w:rPr>
                <w:rFonts w:cs="Times New Roman"/>
                <w:sz w:val="22"/>
                <w:lang w:val="kk-KZ"/>
              </w:rPr>
              <w:t>23.02-25.02.</w:t>
            </w:r>
            <w:r w:rsidR="0051503B">
              <w:rPr>
                <w:rFonts w:cs="Times New Roman"/>
                <w:sz w:val="22"/>
                <w:lang w:val="kk-KZ"/>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3BC3A47"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28A1159F"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A19540F" w14:textId="77777777" w:rsidR="00B553F4" w:rsidRPr="007A437A" w:rsidRDefault="00105697" w:rsidP="007A437A">
            <w:pPr>
              <w:spacing w:after="0" w:line="240" w:lineRule="auto"/>
              <w:jc w:val="center"/>
              <w:rPr>
                <w:rFonts w:cs="Times New Roman"/>
                <w:sz w:val="22"/>
              </w:rPr>
            </w:pPr>
            <w:r w:rsidRPr="007A437A">
              <w:rPr>
                <w:rFonts w:cs="Times New Roman"/>
                <w:b/>
                <w:sz w:val="22"/>
              </w:rPr>
              <w:t>«Қамажай» биі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8BAA048"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әуеннің көңілді сипатын қабылдау.</w:t>
            </w:r>
          </w:p>
          <w:p w14:paraId="2AA3EC62"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музыканың сипатын жеткізе айту.</w:t>
            </w:r>
          </w:p>
          <w:p w14:paraId="6DB039C0"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ырғағына сәйкес жеңіл қимылдар орындау.</w:t>
            </w:r>
          </w:p>
          <w:p w14:paraId="1CA465E6"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домбыра мен асатаяқты тану және атау.</w:t>
            </w:r>
          </w:p>
          <w:p w14:paraId="69E5F8CD"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«Қамажай» биін үйрену.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686BEEB" w14:textId="77777777" w:rsidR="00B553F4" w:rsidRPr="0051503B" w:rsidRDefault="00BB2344" w:rsidP="007A437A">
            <w:pPr>
              <w:spacing w:after="0" w:line="240" w:lineRule="auto"/>
              <w:jc w:val="center"/>
              <w:rPr>
                <w:rFonts w:cs="Times New Roman"/>
                <w:sz w:val="22"/>
                <w:lang w:val="kk-KZ"/>
              </w:rPr>
            </w:pPr>
            <w:r>
              <w:rPr>
                <w:rFonts w:cs="Times New Roman"/>
                <w:sz w:val="22"/>
                <w:lang w:val="kk-KZ"/>
              </w:rPr>
              <w:t>02.03-04</w:t>
            </w:r>
            <w:r w:rsidR="0051503B">
              <w:rPr>
                <w:rFonts w:cs="Times New Roman"/>
                <w:sz w:val="22"/>
                <w:lang w:val="kk-KZ"/>
              </w:rPr>
              <w:t>.03.2027ж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A570D2B"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5F204EF1"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6C736EC" w14:textId="77777777" w:rsidR="00B553F4" w:rsidRPr="007A437A" w:rsidRDefault="00105697" w:rsidP="007A437A">
            <w:pPr>
              <w:spacing w:after="0" w:line="240" w:lineRule="auto"/>
              <w:jc w:val="center"/>
              <w:rPr>
                <w:rFonts w:cs="Times New Roman"/>
                <w:sz w:val="22"/>
              </w:rPr>
            </w:pPr>
            <w:r w:rsidRPr="007A437A">
              <w:rPr>
                <w:rFonts w:cs="Times New Roman"/>
                <w:b/>
                <w:sz w:val="22"/>
              </w:rPr>
              <w:t>Домбыра мен сазсырнай</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392E47B"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домбырамен орындалған әндер мен күйлерді тыңдау.</w:t>
            </w:r>
          </w:p>
          <w:p w14:paraId="15544057"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созып, әуенді таза айту.</w:t>
            </w:r>
          </w:p>
          <w:p w14:paraId="5C351488"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қимылдарды музыкамен сәйкестендіру.</w:t>
            </w:r>
          </w:p>
          <w:p w14:paraId="7B6197D2"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домбыра, сазсырнай, асатаяқты тану және атау, қарапайым әуендерді ойнау.</w:t>
            </w:r>
          </w:p>
          <w:p w14:paraId="6A0A3B23"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жеңіл, ырғақпен қозғалу және жұппен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58BA4A1" w14:textId="77777777" w:rsidR="00B553F4" w:rsidRPr="0051503B" w:rsidRDefault="00BB2344" w:rsidP="007A437A">
            <w:pPr>
              <w:spacing w:after="0" w:line="240" w:lineRule="auto"/>
              <w:jc w:val="center"/>
              <w:rPr>
                <w:rFonts w:cs="Times New Roman"/>
                <w:sz w:val="22"/>
                <w:lang w:val="kk-KZ"/>
              </w:rPr>
            </w:pPr>
            <w:r>
              <w:rPr>
                <w:rFonts w:cs="Times New Roman"/>
                <w:sz w:val="22"/>
                <w:lang w:val="kk-KZ"/>
              </w:rPr>
              <w:t>09.03-11</w:t>
            </w:r>
            <w:r w:rsidR="0051503B">
              <w:rPr>
                <w:rFonts w:cs="Times New Roman"/>
                <w:sz w:val="22"/>
                <w:lang w:val="kk-KZ"/>
              </w:rPr>
              <w:t>.03.2027ж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937721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0B2C540D"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581601E" w14:textId="77777777" w:rsidR="00B553F4" w:rsidRPr="007A437A" w:rsidRDefault="00105697" w:rsidP="007A437A">
            <w:pPr>
              <w:spacing w:after="0" w:line="240" w:lineRule="auto"/>
              <w:jc w:val="center"/>
              <w:rPr>
                <w:rFonts w:cs="Times New Roman"/>
                <w:sz w:val="22"/>
              </w:rPr>
            </w:pPr>
            <w:r w:rsidRPr="007A437A">
              <w:rPr>
                <w:rFonts w:cs="Times New Roman"/>
                <w:b/>
                <w:sz w:val="22"/>
              </w:rPr>
              <w:t>Ұлттық би өрнегі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F5166AA"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музыканың көңілді, ойнақы сипатын ажырату.</w:t>
            </w:r>
          </w:p>
          <w:p w14:paraId="70DC8D0D"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қимылдармен үйлестіріп айту.</w:t>
            </w:r>
          </w:p>
          <w:p w14:paraId="581C3152"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екінші бөлігінде қимылдарды өзгерту.</w:t>
            </w:r>
          </w:p>
          <w:p w14:paraId="4C9CEB88"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ағаш қасықтармен қарапайым әуенді ойнау.</w:t>
            </w:r>
          </w:p>
          <w:p w14:paraId="3B04AAF4"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қазақтың ұлттық би өнерімен танысу және «Қамажай» биін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D1F37B8" w14:textId="77777777" w:rsidR="00B553F4" w:rsidRPr="0051503B" w:rsidRDefault="00DB2C3B" w:rsidP="007A437A">
            <w:pPr>
              <w:spacing w:after="0" w:line="240" w:lineRule="auto"/>
              <w:jc w:val="center"/>
              <w:rPr>
                <w:rFonts w:cs="Times New Roman"/>
                <w:sz w:val="22"/>
                <w:lang w:val="kk-KZ"/>
              </w:rPr>
            </w:pPr>
            <w:r>
              <w:rPr>
                <w:rFonts w:cs="Times New Roman"/>
                <w:sz w:val="22"/>
                <w:lang w:val="kk-KZ"/>
              </w:rPr>
              <w:t>16.03-18.03</w:t>
            </w:r>
            <w:r w:rsidR="0051503B">
              <w:rPr>
                <w:rFonts w:cs="Times New Roman"/>
                <w:sz w:val="22"/>
                <w:lang w:val="kk-KZ"/>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1A968F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3EA1307E" w14:textId="77777777" w:rsidR="00B553F4" w:rsidRPr="007A437A" w:rsidRDefault="00105697" w:rsidP="007A437A">
      <w:pPr>
        <w:spacing w:line="240" w:lineRule="auto"/>
        <w:rPr>
          <w:rFonts w:cs="Times New Roman"/>
          <w:sz w:val="22"/>
        </w:rPr>
      </w:pPr>
      <w:r w:rsidRPr="007A437A">
        <w:rPr>
          <w:rFonts w:cs="Times New Roman"/>
          <w:sz w:val="22"/>
        </w:rPr>
        <w:br w:type="page"/>
      </w:r>
    </w:p>
    <w:p w14:paraId="48CE2D56" w14:textId="77777777" w:rsidR="00B553F4" w:rsidRPr="007A437A" w:rsidRDefault="00105697" w:rsidP="007A437A">
      <w:pPr>
        <w:spacing w:after="40" w:line="240" w:lineRule="auto"/>
        <w:jc w:val="center"/>
        <w:rPr>
          <w:rFonts w:cs="Times New Roman"/>
          <w:sz w:val="22"/>
        </w:rPr>
      </w:pPr>
      <w:r w:rsidRPr="007A437A">
        <w:rPr>
          <w:rFonts w:cs="Times New Roman"/>
          <w:b/>
          <w:sz w:val="22"/>
        </w:rPr>
        <w:lastRenderedPageBreak/>
        <w:t>СӘУІР, 2027 ж.</w:t>
      </w:r>
    </w:p>
    <w:p w14:paraId="28AE14BC" w14:textId="77777777" w:rsidR="00B553F4" w:rsidRPr="007A437A" w:rsidRDefault="00105697" w:rsidP="007A437A">
      <w:pPr>
        <w:spacing w:after="60" w:line="240" w:lineRule="auto"/>
        <w:rPr>
          <w:rFonts w:cs="Times New Roman"/>
          <w:sz w:val="22"/>
        </w:rPr>
      </w:pPr>
      <w:r w:rsidRPr="007A437A">
        <w:rPr>
          <w:rFonts w:cs="Times New Roman"/>
          <w:b/>
          <w:sz w:val="22"/>
        </w:rPr>
        <w:t xml:space="preserve">Айдың міндеті: </w:t>
      </w:r>
      <w:r w:rsidRPr="007A437A">
        <w:rPr>
          <w:rFonts w:cs="Times New Roman"/>
          <w:sz w:val="22"/>
        </w:rPr>
        <w:t>Музыканың кіріспесін ажырату, кіріспеден кейін қимылдарды бастау; музыканың сипатына сәйкес қимылдарды ауыстыру; жеңіл, ырғақпен қозғалу; жұппен би қимылдарын орындау; билерде ойындағы музыкалық қимылдарды қолдану; атрибуттармен би қимылдарын орындау.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1ED8DDE0" w14:textId="77777777" w:rsidTr="0051503B">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395E37A1"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E88F254"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16C56E5D"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2F27A45A"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7A437A" w14:paraId="4574BF33"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0C4914D" w14:textId="77777777" w:rsidR="00B553F4" w:rsidRPr="007A437A" w:rsidRDefault="00105697" w:rsidP="007A437A">
            <w:pPr>
              <w:spacing w:after="0" w:line="240" w:lineRule="auto"/>
              <w:jc w:val="center"/>
              <w:rPr>
                <w:rFonts w:cs="Times New Roman"/>
                <w:sz w:val="22"/>
              </w:rPr>
            </w:pPr>
            <w:r w:rsidRPr="007A437A">
              <w:rPr>
                <w:rFonts w:cs="Times New Roman"/>
                <w:b/>
                <w:sz w:val="22"/>
              </w:rPr>
              <w:t>Табиғаттың музыкалық бояуы</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006EFEC"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ақырын–қатты, баяу–жылдам мәнерлі құралдарды байқау.</w:t>
            </w:r>
          </w:p>
          <w:p w14:paraId="752EE602"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сөздерді анық айту.</w:t>
            </w:r>
          </w:p>
          <w:p w14:paraId="233AC5B0"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сипатына сәйкес қимылдарды өзгерту.</w:t>
            </w:r>
          </w:p>
          <w:p w14:paraId="20BEC2D6"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сылдырмақ пен металлофонмен қарапайым әуендерді ойнау.</w:t>
            </w:r>
          </w:p>
          <w:p w14:paraId="514553AC"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атрибуттармен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BA7D5B5" w14:textId="77777777" w:rsidR="00B553F4" w:rsidRPr="007A437A" w:rsidRDefault="00DB2C3B" w:rsidP="007A437A">
            <w:pPr>
              <w:spacing w:after="0" w:line="240" w:lineRule="auto"/>
              <w:jc w:val="center"/>
              <w:rPr>
                <w:rFonts w:cs="Times New Roman"/>
                <w:sz w:val="22"/>
                <w:lang w:val="ru-RU"/>
              </w:rPr>
            </w:pPr>
            <w:r>
              <w:rPr>
                <w:rFonts w:cs="Times New Roman"/>
                <w:sz w:val="22"/>
                <w:lang w:val="ru-RU"/>
              </w:rPr>
              <w:t>30.03-01.04.</w:t>
            </w:r>
            <w:r w:rsidR="0051503B">
              <w:rPr>
                <w:rFonts w:cs="Times New Roman"/>
                <w:sz w:val="22"/>
                <w:lang w:val="ru-RU"/>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0BE73FF"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1DAB3137"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AD7DEE5" w14:textId="77777777" w:rsidR="00B553F4" w:rsidRPr="007A437A" w:rsidRDefault="00105697" w:rsidP="007A437A">
            <w:pPr>
              <w:spacing w:after="0" w:line="240" w:lineRule="auto"/>
              <w:jc w:val="center"/>
              <w:rPr>
                <w:rFonts w:cs="Times New Roman"/>
                <w:sz w:val="22"/>
              </w:rPr>
            </w:pPr>
            <w:r w:rsidRPr="007A437A">
              <w:rPr>
                <w:rFonts w:cs="Times New Roman"/>
                <w:b/>
                <w:sz w:val="22"/>
              </w:rPr>
              <w:t>Ақырын–қатты, баяу–жылдам</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68EC917"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ақырын–қатты, баяу–жылдам мәнерлі құралдарды ажырату.</w:t>
            </w:r>
          </w:p>
          <w:p w14:paraId="1EC53F4A"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музыканың сипатын жеткізе ән айту.</w:t>
            </w:r>
          </w:p>
          <w:p w14:paraId="1019BBBF"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қимылдық сипатына қарай жеңіл, ырғақты жүгіру және әртүрлі қарқынмен секіру.</w:t>
            </w:r>
          </w:p>
          <w:p w14:paraId="46445B43"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барабан мен ағаш қасықтармен қарапайым әуендерді ойнау.</w:t>
            </w:r>
          </w:p>
          <w:p w14:paraId="476E011E"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музыканың сипатына сәйкес қимылдарды ауыстыру.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22DA554" w14:textId="77777777" w:rsidR="00B553F4" w:rsidRPr="0051503B" w:rsidRDefault="00DB2C3B" w:rsidP="007A437A">
            <w:pPr>
              <w:spacing w:after="0" w:line="240" w:lineRule="auto"/>
              <w:jc w:val="center"/>
              <w:rPr>
                <w:rFonts w:cs="Times New Roman"/>
                <w:sz w:val="22"/>
                <w:lang w:val="kk-KZ"/>
              </w:rPr>
            </w:pPr>
            <w:r>
              <w:rPr>
                <w:rFonts w:cs="Times New Roman"/>
                <w:sz w:val="22"/>
                <w:lang w:val="kk-KZ"/>
              </w:rPr>
              <w:t>06.04-08.04</w:t>
            </w:r>
            <w:r w:rsidR="0051503B">
              <w:rPr>
                <w:rFonts w:cs="Times New Roman"/>
                <w:sz w:val="22"/>
                <w:lang w:val="kk-KZ"/>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C2C61A8"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DB2C3B" w14:paraId="7318DE0E"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B8BD3E3" w14:textId="77777777" w:rsidR="00B553F4" w:rsidRPr="007A437A" w:rsidRDefault="00105697" w:rsidP="007A437A">
            <w:pPr>
              <w:spacing w:after="0" w:line="240" w:lineRule="auto"/>
              <w:jc w:val="center"/>
              <w:rPr>
                <w:rFonts w:cs="Times New Roman"/>
                <w:sz w:val="22"/>
              </w:rPr>
            </w:pPr>
            <w:r w:rsidRPr="007A437A">
              <w:rPr>
                <w:rFonts w:cs="Times New Roman"/>
                <w:b/>
                <w:sz w:val="22"/>
              </w:rPr>
              <w:t>Жоғары–төмен әуен</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E4C7B30" w14:textId="77777777" w:rsidR="00B553F4" w:rsidRPr="001A406D" w:rsidRDefault="00105697" w:rsidP="007A437A">
            <w:pPr>
              <w:spacing w:after="0" w:line="240" w:lineRule="auto"/>
              <w:rPr>
                <w:rFonts w:cs="Times New Roman"/>
                <w:sz w:val="22"/>
                <w:lang w:val="ru-RU"/>
              </w:rPr>
            </w:pPr>
            <w:r w:rsidRPr="007A437A">
              <w:rPr>
                <w:rFonts w:cs="Times New Roman"/>
                <w:b/>
                <w:sz w:val="22"/>
                <w:lang w:val="ru-RU"/>
              </w:rPr>
              <w:t>Музыка</w:t>
            </w:r>
            <w:r w:rsidRPr="001A406D">
              <w:rPr>
                <w:rFonts w:cs="Times New Roman"/>
                <w:b/>
                <w:sz w:val="22"/>
                <w:lang w:val="ru-RU"/>
              </w:rPr>
              <w:t xml:space="preserve"> </w:t>
            </w:r>
            <w:r w:rsidRPr="007A437A">
              <w:rPr>
                <w:rFonts w:cs="Times New Roman"/>
                <w:b/>
                <w:sz w:val="22"/>
                <w:lang w:val="ru-RU"/>
              </w:rPr>
              <w:t>тыңдау</w:t>
            </w:r>
            <w:r w:rsidRPr="001A406D">
              <w:rPr>
                <w:rFonts w:cs="Times New Roman"/>
                <w:b/>
                <w:sz w:val="22"/>
                <w:lang w:val="ru-RU"/>
              </w:rPr>
              <w:t xml:space="preserve">: </w:t>
            </w:r>
            <w:r w:rsidRPr="007A437A">
              <w:rPr>
                <w:rFonts w:cs="Times New Roman"/>
                <w:sz w:val="22"/>
                <w:lang w:val="ru-RU"/>
              </w:rPr>
              <w:t>жоғары</w:t>
            </w:r>
            <w:r w:rsidRPr="001A406D">
              <w:rPr>
                <w:rFonts w:cs="Times New Roman"/>
                <w:sz w:val="22"/>
                <w:lang w:val="ru-RU"/>
              </w:rPr>
              <w:t xml:space="preserve"> </w:t>
            </w:r>
            <w:r w:rsidRPr="007A437A">
              <w:rPr>
                <w:rFonts w:cs="Times New Roman"/>
                <w:sz w:val="22"/>
                <w:lang w:val="ru-RU"/>
              </w:rPr>
              <w:t>және</w:t>
            </w:r>
            <w:r w:rsidRPr="001A406D">
              <w:rPr>
                <w:rFonts w:cs="Times New Roman"/>
                <w:sz w:val="22"/>
                <w:lang w:val="ru-RU"/>
              </w:rPr>
              <w:t xml:space="preserve"> </w:t>
            </w:r>
            <w:r w:rsidRPr="007A437A">
              <w:rPr>
                <w:rFonts w:cs="Times New Roman"/>
                <w:sz w:val="22"/>
                <w:lang w:val="ru-RU"/>
              </w:rPr>
              <w:t>төмен</w:t>
            </w:r>
            <w:r w:rsidRPr="001A406D">
              <w:rPr>
                <w:rFonts w:cs="Times New Roman"/>
                <w:sz w:val="22"/>
                <w:lang w:val="ru-RU"/>
              </w:rPr>
              <w:t xml:space="preserve"> </w:t>
            </w:r>
            <w:r w:rsidRPr="007A437A">
              <w:rPr>
                <w:rFonts w:cs="Times New Roman"/>
                <w:sz w:val="22"/>
                <w:lang w:val="ru-RU"/>
              </w:rPr>
              <w:t>дыбыстарды</w:t>
            </w:r>
            <w:r w:rsidRPr="001A406D">
              <w:rPr>
                <w:rFonts w:cs="Times New Roman"/>
                <w:sz w:val="22"/>
                <w:lang w:val="ru-RU"/>
              </w:rPr>
              <w:t xml:space="preserve"> </w:t>
            </w:r>
            <w:r w:rsidRPr="007A437A">
              <w:rPr>
                <w:rFonts w:cs="Times New Roman"/>
                <w:sz w:val="22"/>
                <w:lang w:val="ru-RU"/>
              </w:rPr>
              <w:t>секста</w:t>
            </w:r>
            <w:r w:rsidRPr="001A406D">
              <w:rPr>
                <w:rFonts w:cs="Times New Roman"/>
                <w:sz w:val="22"/>
                <w:lang w:val="ru-RU"/>
              </w:rPr>
              <w:t xml:space="preserve">, </w:t>
            </w:r>
            <w:r w:rsidRPr="007A437A">
              <w:rPr>
                <w:rFonts w:cs="Times New Roman"/>
                <w:sz w:val="22"/>
                <w:lang w:val="ru-RU"/>
              </w:rPr>
              <w:t>септима</w:t>
            </w:r>
            <w:r w:rsidRPr="001A406D">
              <w:rPr>
                <w:rFonts w:cs="Times New Roman"/>
                <w:sz w:val="22"/>
                <w:lang w:val="ru-RU"/>
              </w:rPr>
              <w:t xml:space="preserve"> </w:t>
            </w:r>
            <w:r w:rsidRPr="007A437A">
              <w:rPr>
                <w:rFonts w:cs="Times New Roman"/>
                <w:sz w:val="22"/>
                <w:lang w:val="ru-RU"/>
              </w:rPr>
              <w:t>шегінде</w:t>
            </w:r>
            <w:r w:rsidRPr="001A406D">
              <w:rPr>
                <w:rFonts w:cs="Times New Roman"/>
                <w:sz w:val="22"/>
                <w:lang w:val="ru-RU"/>
              </w:rPr>
              <w:t xml:space="preserve"> </w:t>
            </w:r>
            <w:r w:rsidRPr="007A437A">
              <w:rPr>
                <w:rFonts w:cs="Times New Roman"/>
                <w:sz w:val="22"/>
                <w:lang w:val="ru-RU"/>
              </w:rPr>
              <w:t>ажырату</w:t>
            </w:r>
            <w:r w:rsidRPr="001A406D">
              <w:rPr>
                <w:rFonts w:cs="Times New Roman"/>
                <w:sz w:val="22"/>
                <w:lang w:val="ru-RU"/>
              </w:rPr>
              <w:t>.</w:t>
            </w:r>
          </w:p>
          <w:p w14:paraId="671EC477" w14:textId="77777777" w:rsidR="00B553F4" w:rsidRPr="001A406D" w:rsidRDefault="00105697" w:rsidP="007A437A">
            <w:pPr>
              <w:spacing w:after="0" w:line="240" w:lineRule="auto"/>
              <w:rPr>
                <w:rFonts w:cs="Times New Roman"/>
                <w:sz w:val="22"/>
              </w:rPr>
            </w:pPr>
            <w:r w:rsidRPr="007A437A">
              <w:rPr>
                <w:rFonts w:cs="Times New Roman"/>
                <w:b/>
                <w:sz w:val="22"/>
                <w:lang w:val="ru-RU"/>
              </w:rPr>
              <w:t>Ән</w:t>
            </w:r>
            <w:r w:rsidRPr="00DB2C3B">
              <w:rPr>
                <w:rFonts w:cs="Times New Roman"/>
                <w:b/>
                <w:sz w:val="22"/>
              </w:rPr>
              <w:t xml:space="preserve"> </w:t>
            </w:r>
            <w:r w:rsidRPr="007A437A">
              <w:rPr>
                <w:rFonts w:cs="Times New Roman"/>
                <w:b/>
                <w:sz w:val="22"/>
                <w:lang w:val="ru-RU"/>
              </w:rPr>
              <w:t>айту</w:t>
            </w:r>
            <w:r w:rsidRPr="00DB2C3B">
              <w:rPr>
                <w:rFonts w:cs="Times New Roman"/>
                <w:b/>
                <w:sz w:val="22"/>
              </w:rPr>
              <w:t xml:space="preserve">: </w:t>
            </w:r>
            <w:r w:rsidRPr="007A437A">
              <w:rPr>
                <w:rFonts w:cs="Times New Roman"/>
                <w:sz w:val="22"/>
                <w:lang w:val="ru-RU"/>
              </w:rPr>
              <w:t>ре</w:t>
            </w:r>
            <w:r w:rsidRPr="00DB2C3B">
              <w:rPr>
                <w:rFonts w:cs="Times New Roman"/>
                <w:sz w:val="22"/>
              </w:rPr>
              <w:t>–</w:t>
            </w:r>
            <w:r w:rsidRPr="007A437A">
              <w:rPr>
                <w:rFonts w:cs="Times New Roman"/>
                <w:sz w:val="22"/>
                <w:lang w:val="ru-RU"/>
              </w:rPr>
              <w:t>си</w:t>
            </w:r>
            <w:r w:rsidRPr="00DB2C3B">
              <w:rPr>
                <w:rFonts w:cs="Times New Roman"/>
                <w:sz w:val="22"/>
              </w:rPr>
              <w:t xml:space="preserve"> </w:t>
            </w:r>
            <w:r w:rsidRPr="007A437A">
              <w:rPr>
                <w:rFonts w:cs="Times New Roman"/>
                <w:sz w:val="22"/>
                <w:lang w:val="ru-RU"/>
              </w:rPr>
              <w:t>бірінші</w:t>
            </w:r>
            <w:r w:rsidRPr="00DB2C3B">
              <w:rPr>
                <w:rFonts w:cs="Times New Roman"/>
                <w:sz w:val="22"/>
              </w:rPr>
              <w:t xml:space="preserve"> </w:t>
            </w:r>
            <w:r w:rsidRPr="007A437A">
              <w:rPr>
                <w:rFonts w:cs="Times New Roman"/>
                <w:sz w:val="22"/>
                <w:lang w:val="ru-RU"/>
              </w:rPr>
              <w:t>октава</w:t>
            </w:r>
            <w:r w:rsidRPr="001A406D">
              <w:rPr>
                <w:rFonts w:cs="Times New Roman"/>
                <w:sz w:val="22"/>
              </w:rPr>
              <w:t xml:space="preserve"> </w:t>
            </w:r>
            <w:r w:rsidRPr="007A437A">
              <w:rPr>
                <w:rFonts w:cs="Times New Roman"/>
                <w:sz w:val="22"/>
                <w:lang w:val="ru-RU"/>
              </w:rPr>
              <w:t>шегінде</w:t>
            </w:r>
            <w:r w:rsidRPr="001A406D">
              <w:rPr>
                <w:rFonts w:cs="Times New Roman"/>
                <w:sz w:val="22"/>
              </w:rPr>
              <w:t xml:space="preserve"> </w:t>
            </w:r>
            <w:r w:rsidRPr="007A437A">
              <w:rPr>
                <w:rFonts w:cs="Times New Roman"/>
                <w:sz w:val="22"/>
                <w:lang w:val="ru-RU"/>
              </w:rPr>
              <w:t>әуенді</w:t>
            </w:r>
            <w:r w:rsidRPr="001A406D">
              <w:rPr>
                <w:rFonts w:cs="Times New Roman"/>
                <w:sz w:val="22"/>
              </w:rPr>
              <w:t xml:space="preserve"> </w:t>
            </w:r>
            <w:r w:rsidRPr="007A437A">
              <w:rPr>
                <w:rFonts w:cs="Times New Roman"/>
                <w:sz w:val="22"/>
                <w:lang w:val="ru-RU"/>
              </w:rPr>
              <w:t>таза</w:t>
            </w:r>
            <w:r w:rsidRPr="001A406D">
              <w:rPr>
                <w:rFonts w:cs="Times New Roman"/>
                <w:sz w:val="22"/>
              </w:rPr>
              <w:t xml:space="preserve"> </w:t>
            </w:r>
            <w:r w:rsidRPr="007A437A">
              <w:rPr>
                <w:rFonts w:cs="Times New Roman"/>
                <w:sz w:val="22"/>
                <w:lang w:val="ru-RU"/>
              </w:rPr>
              <w:t>айту</w:t>
            </w:r>
            <w:r w:rsidRPr="001A406D">
              <w:rPr>
                <w:rFonts w:cs="Times New Roman"/>
                <w:sz w:val="22"/>
              </w:rPr>
              <w:t>.</w:t>
            </w:r>
          </w:p>
          <w:p w14:paraId="2263F5E1" w14:textId="77777777" w:rsidR="00B553F4" w:rsidRPr="001A406D" w:rsidRDefault="00105697" w:rsidP="007A437A">
            <w:pPr>
              <w:spacing w:after="0" w:line="240" w:lineRule="auto"/>
              <w:rPr>
                <w:rFonts w:cs="Times New Roman"/>
                <w:sz w:val="22"/>
              </w:rPr>
            </w:pPr>
            <w:r w:rsidRPr="007A437A">
              <w:rPr>
                <w:rFonts w:cs="Times New Roman"/>
                <w:b/>
                <w:sz w:val="22"/>
                <w:lang w:val="ru-RU"/>
              </w:rPr>
              <w:t>Музыкалық</w:t>
            </w:r>
            <w:r w:rsidRPr="001A406D">
              <w:rPr>
                <w:rFonts w:cs="Times New Roman"/>
                <w:b/>
                <w:sz w:val="22"/>
              </w:rPr>
              <w:t>-</w:t>
            </w:r>
            <w:r w:rsidRPr="007A437A">
              <w:rPr>
                <w:rFonts w:cs="Times New Roman"/>
                <w:b/>
                <w:sz w:val="22"/>
                <w:lang w:val="ru-RU"/>
              </w:rPr>
              <w:t>ырғақты</w:t>
            </w:r>
            <w:r w:rsidRPr="001A406D">
              <w:rPr>
                <w:rFonts w:cs="Times New Roman"/>
                <w:b/>
                <w:sz w:val="22"/>
              </w:rPr>
              <w:t xml:space="preserve"> </w:t>
            </w:r>
            <w:r w:rsidRPr="007A437A">
              <w:rPr>
                <w:rFonts w:cs="Times New Roman"/>
                <w:b/>
                <w:sz w:val="22"/>
                <w:lang w:val="ru-RU"/>
              </w:rPr>
              <w:t>қимылдар</w:t>
            </w:r>
            <w:r w:rsidRPr="001A406D">
              <w:rPr>
                <w:rFonts w:cs="Times New Roman"/>
                <w:b/>
                <w:sz w:val="22"/>
              </w:rPr>
              <w:t xml:space="preserve">: </w:t>
            </w:r>
            <w:r w:rsidRPr="007A437A">
              <w:rPr>
                <w:rFonts w:cs="Times New Roman"/>
                <w:sz w:val="22"/>
                <w:lang w:val="ru-RU"/>
              </w:rPr>
              <w:t>қос</w:t>
            </w:r>
            <w:r w:rsidRPr="001A406D">
              <w:rPr>
                <w:rFonts w:cs="Times New Roman"/>
                <w:sz w:val="22"/>
              </w:rPr>
              <w:t xml:space="preserve"> </w:t>
            </w:r>
            <w:r w:rsidRPr="007A437A">
              <w:rPr>
                <w:rFonts w:cs="Times New Roman"/>
                <w:sz w:val="22"/>
                <w:lang w:val="ru-RU"/>
              </w:rPr>
              <w:t>аяқпен</w:t>
            </w:r>
            <w:r w:rsidRPr="001A406D">
              <w:rPr>
                <w:rFonts w:cs="Times New Roman"/>
                <w:sz w:val="22"/>
              </w:rPr>
              <w:t xml:space="preserve"> </w:t>
            </w:r>
            <w:r w:rsidRPr="007A437A">
              <w:rPr>
                <w:rFonts w:cs="Times New Roman"/>
                <w:sz w:val="22"/>
                <w:lang w:val="ru-RU"/>
              </w:rPr>
              <w:t>еркін</w:t>
            </w:r>
            <w:r w:rsidRPr="001A406D">
              <w:rPr>
                <w:rFonts w:cs="Times New Roman"/>
                <w:sz w:val="22"/>
              </w:rPr>
              <w:t xml:space="preserve"> </w:t>
            </w:r>
            <w:r w:rsidRPr="007A437A">
              <w:rPr>
                <w:rFonts w:cs="Times New Roman"/>
                <w:sz w:val="22"/>
                <w:lang w:val="ru-RU"/>
              </w:rPr>
              <w:t>секіру</w:t>
            </w:r>
            <w:r w:rsidRPr="001A406D">
              <w:rPr>
                <w:rFonts w:cs="Times New Roman"/>
                <w:sz w:val="22"/>
              </w:rPr>
              <w:t xml:space="preserve"> </w:t>
            </w:r>
            <w:r w:rsidRPr="007A437A">
              <w:rPr>
                <w:rFonts w:cs="Times New Roman"/>
                <w:sz w:val="22"/>
                <w:lang w:val="ru-RU"/>
              </w:rPr>
              <w:t>және</w:t>
            </w:r>
            <w:r w:rsidRPr="001A406D">
              <w:rPr>
                <w:rFonts w:cs="Times New Roman"/>
                <w:sz w:val="22"/>
              </w:rPr>
              <w:t xml:space="preserve"> </w:t>
            </w:r>
            <w:r w:rsidRPr="007A437A">
              <w:rPr>
                <w:rFonts w:cs="Times New Roman"/>
                <w:sz w:val="22"/>
                <w:lang w:val="ru-RU"/>
              </w:rPr>
              <w:t>жүрелеп</w:t>
            </w:r>
            <w:r w:rsidRPr="001A406D">
              <w:rPr>
                <w:rFonts w:cs="Times New Roman"/>
                <w:sz w:val="22"/>
              </w:rPr>
              <w:t xml:space="preserve"> </w:t>
            </w:r>
            <w:r w:rsidRPr="007A437A">
              <w:rPr>
                <w:rFonts w:cs="Times New Roman"/>
                <w:sz w:val="22"/>
                <w:lang w:val="ru-RU"/>
              </w:rPr>
              <w:t>отыруды</w:t>
            </w:r>
            <w:r w:rsidRPr="001A406D">
              <w:rPr>
                <w:rFonts w:cs="Times New Roman"/>
                <w:sz w:val="22"/>
              </w:rPr>
              <w:t xml:space="preserve"> </w:t>
            </w:r>
            <w:r w:rsidRPr="007A437A">
              <w:rPr>
                <w:rFonts w:cs="Times New Roman"/>
                <w:sz w:val="22"/>
                <w:lang w:val="ru-RU"/>
              </w:rPr>
              <w:t>музыкамен</w:t>
            </w:r>
            <w:r w:rsidRPr="001A406D">
              <w:rPr>
                <w:rFonts w:cs="Times New Roman"/>
                <w:sz w:val="22"/>
              </w:rPr>
              <w:t xml:space="preserve"> </w:t>
            </w:r>
            <w:r w:rsidRPr="007A437A">
              <w:rPr>
                <w:rFonts w:cs="Times New Roman"/>
                <w:sz w:val="22"/>
                <w:lang w:val="ru-RU"/>
              </w:rPr>
              <w:t>сәйкестендіру</w:t>
            </w:r>
            <w:r w:rsidRPr="001A406D">
              <w:rPr>
                <w:rFonts w:cs="Times New Roman"/>
                <w:sz w:val="22"/>
              </w:rPr>
              <w:t>.</w:t>
            </w:r>
          </w:p>
          <w:p w14:paraId="6FDC7ABF" w14:textId="77777777" w:rsidR="00B553F4" w:rsidRPr="001A406D" w:rsidRDefault="00105697" w:rsidP="007A437A">
            <w:pPr>
              <w:spacing w:after="0" w:line="240" w:lineRule="auto"/>
              <w:rPr>
                <w:rFonts w:cs="Times New Roman"/>
                <w:sz w:val="22"/>
              </w:rPr>
            </w:pPr>
            <w:r w:rsidRPr="007A437A">
              <w:rPr>
                <w:rFonts w:cs="Times New Roman"/>
                <w:b/>
                <w:sz w:val="22"/>
                <w:lang w:val="ru-RU"/>
              </w:rPr>
              <w:t>Аспапта</w:t>
            </w:r>
            <w:r w:rsidRPr="001A406D">
              <w:rPr>
                <w:rFonts w:cs="Times New Roman"/>
                <w:b/>
                <w:sz w:val="22"/>
              </w:rPr>
              <w:t xml:space="preserve"> </w:t>
            </w:r>
            <w:r w:rsidRPr="007A437A">
              <w:rPr>
                <w:rFonts w:cs="Times New Roman"/>
                <w:b/>
                <w:sz w:val="22"/>
                <w:lang w:val="ru-RU"/>
              </w:rPr>
              <w:t>ойнау</w:t>
            </w:r>
            <w:r w:rsidRPr="001A406D">
              <w:rPr>
                <w:rFonts w:cs="Times New Roman"/>
                <w:b/>
                <w:sz w:val="22"/>
              </w:rPr>
              <w:t xml:space="preserve">: </w:t>
            </w:r>
            <w:r w:rsidRPr="007A437A">
              <w:rPr>
                <w:rFonts w:cs="Times New Roman"/>
                <w:sz w:val="22"/>
                <w:lang w:val="ru-RU"/>
              </w:rPr>
              <w:t>металлофонмен</w:t>
            </w:r>
            <w:r w:rsidRPr="001A406D">
              <w:rPr>
                <w:rFonts w:cs="Times New Roman"/>
                <w:sz w:val="22"/>
              </w:rPr>
              <w:t xml:space="preserve"> </w:t>
            </w:r>
            <w:r w:rsidRPr="007A437A">
              <w:rPr>
                <w:rFonts w:cs="Times New Roman"/>
                <w:sz w:val="22"/>
                <w:lang w:val="ru-RU"/>
              </w:rPr>
              <w:t>қарапайым</w:t>
            </w:r>
            <w:r w:rsidRPr="001A406D">
              <w:rPr>
                <w:rFonts w:cs="Times New Roman"/>
                <w:sz w:val="22"/>
              </w:rPr>
              <w:t xml:space="preserve"> </w:t>
            </w:r>
            <w:r w:rsidRPr="007A437A">
              <w:rPr>
                <w:rFonts w:cs="Times New Roman"/>
                <w:sz w:val="22"/>
                <w:lang w:val="ru-RU"/>
              </w:rPr>
              <w:t>әуенді</w:t>
            </w:r>
            <w:r w:rsidRPr="001A406D">
              <w:rPr>
                <w:rFonts w:cs="Times New Roman"/>
                <w:sz w:val="22"/>
              </w:rPr>
              <w:t xml:space="preserve"> </w:t>
            </w:r>
            <w:r w:rsidRPr="007A437A">
              <w:rPr>
                <w:rFonts w:cs="Times New Roman"/>
                <w:sz w:val="22"/>
                <w:lang w:val="ru-RU"/>
              </w:rPr>
              <w:t>ойнау</w:t>
            </w:r>
            <w:r w:rsidRPr="001A406D">
              <w:rPr>
                <w:rFonts w:cs="Times New Roman"/>
                <w:sz w:val="22"/>
              </w:rPr>
              <w:t>.</w:t>
            </w:r>
          </w:p>
          <w:p w14:paraId="785DF28F" w14:textId="77777777" w:rsidR="00B553F4" w:rsidRPr="001A406D" w:rsidRDefault="00105697" w:rsidP="007A437A">
            <w:pPr>
              <w:spacing w:after="0" w:line="240" w:lineRule="auto"/>
              <w:rPr>
                <w:rFonts w:cs="Times New Roman"/>
                <w:sz w:val="22"/>
              </w:rPr>
            </w:pPr>
            <w:r w:rsidRPr="007A437A">
              <w:rPr>
                <w:rFonts w:cs="Times New Roman"/>
                <w:b/>
                <w:sz w:val="22"/>
                <w:lang w:val="ru-RU"/>
              </w:rPr>
              <w:t>Билер</w:t>
            </w:r>
            <w:r w:rsidRPr="001A406D">
              <w:rPr>
                <w:rFonts w:cs="Times New Roman"/>
                <w:b/>
                <w:sz w:val="22"/>
              </w:rPr>
              <w:t xml:space="preserve">: </w:t>
            </w:r>
            <w:r w:rsidRPr="007A437A">
              <w:rPr>
                <w:rFonts w:cs="Times New Roman"/>
                <w:sz w:val="22"/>
                <w:lang w:val="ru-RU"/>
              </w:rPr>
              <w:t>ойындағы</w:t>
            </w:r>
            <w:r w:rsidRPr="001A406D">
              <w:rPr>
                <w:rFonts w:cs="Times New Roman"/>
                <w:sz w:val="22"/>
              </w:rPr>
              <w:t xml:space="preserve"> </w:t>
            </w:r>
            <w:r w:rsidRPr="007A437A">
              <w:rPr>
                <w:rFonts w:cs="Times New Roman"/>
                <w:sz w:val="22"/>
                <w:lang w:val="ru-RU"/>
              </w:rPr>
              <w:t>музыкалық</w:t>
            </w:r>
            <w:r w:rsidRPr="001A406D">
              <w:rPr>
                <w:rFonts w:cs="Times New Roman"/>
                <w:sz w:val="22"/>
              </w:rPr>
              <w:t xml:space="preserve"> </w:t>
            </w:r>
            <w:r w:rsidRPr="007A437A">
              <w:rPr>
                <w:rFonts w:cs="Times New Roman"/>
                <w:sz w:val="22"/>
                <w:lang w:val="ru-RU"/>
              </w:rPr>
              <w:t>қимылдарды</w:t>
            </w:r>
            <w:r w:rsidRPr="001A406D">
              <w:rPr>
                <w:rFonts w:cs="Times New Roman"/>
                <w:sz w:val="22"/>
              </w:rPr>
              <w:t xml:space="preserve"> </w:t>
            </w:r>
            <w:r w:rsidRPr="007A437A">
              <w:rPr>
                <w:rFonts w:cs="Times New Roman"/>
                <w:sz w:val="22"/>
                <w:lang w:val="ru-RU"/>
              </w:rPr>
              <w:t>қолдану</w:t>
            </w:r>
            <w:r w:rsidRPr="001A406D">
              <w:rPr>
                <w:rFonts w:cs="Times New Roman"/>
                <w:sz w:val="22"/>
              </w:rPr>
              <w:t>.</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472F5DD9" w14:textId="77777777" w:rsidR="00B553F4" w:rsidRPr="007A437A" w:rsidRDefault="00DB2C3B" w:rsidP="007A437A">
            <w:pPr>
              <w:spacing w:after="0" w:line="240" w:lineRule="auto"/>
              <w:jc w:val="center"/>
              <w:rPr>
                <w:rFonts w:cs="Times New Roman"/>
                <w:sz w:val="22"/>
                <w:lang w:val="ru-RU"/>
              </w:rPr>
            </w:pPr>
            <w:r>
              <w:rPr>
                <w:rFonts w:cs="Times New Roman"/>
                <w:sz w:val="22"/>
                <w:lang w:val="ru-RU"/>
              </w:rPr>
              <w:t>13.04-15.04.</w:t>
            </w:r>
            <w:r w:rsidR="0051503B">
              <w:rPr>
                <w:rFonts w:cs="Times New Roman"/>
                <w:sz w:val="22"/>
                <w:lang w:val="ru-RU"/>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F301815" w14:textId="77777777" w:rsidR="00B553F4" w:rsidRPr="00DB2C3B" w:rsidRDefault="00105697" w:rsidP="007A437A">
            <w:pPr>
              <w:spacing w:after="0" w:line="240" w:lineRule="auto"/>
              <w:jc w:val="center"/>
              <w:rPr>
                <w:rFonts w:cs="Times New Roman"/>
                <w:sz w:val="22"/>
                <w:lang w:val="ru-RU"/>
              </w:rPr>
            </w:pPr>
            <w:r w:rsidRPr="00DB2C3B">
              <w:rPr>
                <w:rFonts w:cs="Times New Roman"/>
                <w:b/>
                <w:sz w:val="22"/>
                <w:lang w:val="ru-RU"/>
              </w:rPr>
              <w:t>2</w:t>
            </w:r>
          </w:p>
        </w:tc>
      </w:tr>
      <w:tr w:rsidR="00B553F4" w:rsidRPr="007A437A" w14:paraId="4F836584"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C0BA5D1" w14:textId="77777777" w:rsidR="00B553F4" w:rsidRPr="00DB2C3B" w:rsidRDefault="00105697" w:rsidP="007A437A">
            <w:pPr>
              <w:spacing w:after="0" w:line="240" w:lineRule="auto"/>
              <w:jc w:val="center"/>
              <w:rPr>
                <w:rFonts w:cs="Times New Roman"/>
                <w:sz w:val="22"/>
                <w:lang w:val="ru-RU"/>
              </w:rPr>
            </w:pPr>
            <w:r w:rsidRPr="00DB2C3B">
              <w:rPr>
                <w:rFonts w:cs="Times New Roman"/>
                <w:b/>
                <w:sz w:val="22"/>
                <w:lang w:val="ru-RU"/>
              </w:rPr>
              <w:t>Музыкалық ертегі</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5E4F79B" w14:textId="77777777" w:rsidR="00B553F4" w:rsidRPr="00DB2C3B" w:rsidRDefault="00105697" w:rsidP="007A437A">
            <w:pPr>
              <w:spacing w:after="0" w:line="240" w:lineRule="auto"/>
              <w:rPr>
                <w:rFonts w:cs="Times New Roman"/>
                <w:sz w:val="22"/>
                <w:lang w:val="ru-RU"/>
              </w:rPr>
            </w:pPr>
            <w:r w:rsidRPr="00DB2C3B">
              <w:rPr>
                <w:rFonts w:cs="Times New Roman"/>
                <w:b/>
                <w:sz w:val="22"/>
                <w:lang w:val="ru-RU"/>
              </w:rPr>
              <w:t xml:space="preserve">Музыка тыңдау: </w:t>
            </w:r>
            <w:r w:rsidRPr="00DB2C3B">
              <w:rPr>
                <w:rFonts w:cs="Times New Roman"/>
                <w:sz w:val="22"/>
                <w:lang w:val="ru-RU"/>
              </w:rPr>
              <w:t>таныс шығарманы білу және тыңдалған музыкадан алған әсері туралы әңгімелеу.</w:t>
            </w:r>
          </w:p>
          <w:p w14:paraId="3BFB9D05" w14:textId="77777777" w:rsidR="00B553F4" w:rsidRPr="001A406D" w:rsidRDefault="00105697" w:rsidP="007A437A">
            <w:pPr>
              <w:spacing w:after="0" w:line="240" w:lineRule="auto"/>
              <w:rPr>
                <w:rFonts w:cs="Times New Roman"/>
                <w:sz w:val="22"/>
                <w:lang w:val="ru-RU"/>
              </w:rPr>
            </w:pPr>
            <w:r w:rsidRPr="00DB2C3B">
              <w:rPr>
                <w:rFonts w:cs="Times New Roman"/>
                <w:b/>
                <w:sz w:val="22"/>
                <w:lang w:val="ru-RU"/>
              </w:rPr>
              <w:t xml:space="preserve">Ән айту: </w:t>
            </w:r>
            <w:r w:rsidRPr="00DB2C3B">
              <w:rPr>
                <w:rFonts w:cs="Times New Roman"/>
                <w:sz w:val="22"/>
                <w:lang w:val="ru-RU"/>
              </w:rPr>
              <w:t xml:space="preserve">әнді </w:t>
            </w:r>
            <w:r w:rsidRPr="001A406D">
              <w:rPr>
                <w:rFonts w:cs="Times New Roman"/>
                <w:sz w:val="22"/>
                <w:lang w:val="ru-RU"/>
              </w:rPr>
              <w:t>мәнерлеп, қимылдармен үйлестіріп айту.</w:t>
            </w:r>
          </w:p>
          <w:p w14:paraId="3EC3ACFF"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Музыкалық-ырғақты қимылдар: </w:t>
            </w:r>
            <w:r w:rsidRPr="001A406D">
              <w:rPr>
                <w:rFonts w:cs="Times New Roman"/>
                <w:sz w:val="22"/>
                <w:lang w:val="ru-RU"/>
              </w:rPr>
              <w:t>мазмұны бойынша таныс әндерді сахналау.</w:t>
            </w:r>
          </w:p>
          <w:p w14:paraId="73D086DA"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Аспапта ойнау: </w:t>
            </w:r>
            <w:r w:rsidRPr="001A406D">
              <w:rPr>
                <w:rFonts w:cs="Times New Roman"/>
                <w:sz w:val="22"/>
                <w:lang w:val="ru-RU"/>
              </w:rPr>
              <w:t>балалар музыкалық аспаптарын тану, атау және қарапайым әуенді ойнау.</w:t>
            </w:r>
          </w:p>
          <w:p w14:paraId="21D25FB2"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Билер: </w:t>
            </w:r>
            <w:r w:rsidRPr="001A406D">
              <w:rPr>
                <w:rFonts w:cs="Times New Roman"/>
                <w:sz w:val="22"/>
                <w:lang w:val="ru-RU"/>
              </w:rPr>
              <w:t>музыканың сипатына сәйкес ойын әрекеттерін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EADE4F1" w14:textId="77777777" w:rsidR="00B553F4" w:rsidRPr="0051503B" w:rsidRDefault="00DB2C3B" w:rsidP="007A437A">
            <w:pPr>
              <w:spacing w:after="0" w:line="240" w:lineRule="auto"/>
              <w:jc w:val="center"/>
              <w:rPr>
                <w:rFonts w:cs="Times New Roman"/>
                <w:sz w:val="22"/>
                <w:lang w:val="kk-KZ"/>
              </w:rPr>
            </w:pPr>
            <w:r>
              <w:rPr>
                <w:rFonts w:cs="Times New Roman"/>
                <w:sz w:val="22"/>
                <w:lang w:val="kk-KZ"/>
              </w:rPr>
              <w:t>20.04-22.04</w:t>
            </w:r>
            <w:r w:rsidR="0051503B">
              <w:rPr>
                <w:rFonts w:cs="Times New Roman"/>
                <w:sz w:val="22"/>
                <w:lang w:val="kk-KZ"/>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1034AAA6"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7EDA502B" w14:textId="77777777" w:rsidR="00B553F4" w:rsidRPr="007A437A" w:rsidRDefault="00105697" w:rsidP="007A437A">
      <w:pPr>
        <w:spacing w:line="240" w:lineRule="auto"/>
        <w:rPr>
          <w:rFonts w:cs="Times New Roman"/>
          <w:sz w:val="22"/>
        </w:rPr>
      </w:pPr>
      <w:r w:rsidRPr="007A437A">
        <w:rPr>
          <w:rFonts w:cs="Times New Roman"/>
          <w:sz w:val="22"/>
        </w:rPr>
        <w:br w:type="page"/>
      </w:r>
    </w:p>
    <w:p w14:paraId="18426BF2" w14:textId="77777777" w:rsidR="00B553F4" w:rsidRPr="007A437A" w:rsidRDefault="00105697" w:rsidP="007A437A">
      <w:pPr>
        <w:spacing w:after="40" w:line="240" w:lineRule="auto"/>
        <w:jc w:val="center"/>
        <w:rPr>
          <w:rFonts w:cs="Times New Roman"/>
          <w:sz w:val="22"/>
        </w:rPr>
      </w:pPr>
      <w:r w:rsidRPr="007A437A">
        <w:rPr>
          <w:rFonts w:cs="Times New Roman"/>
          <w:b/>
          <w:sz w:val="22"/>
        </w:rPr>
        <w:lastRenderedPageBreak/>
        <w:t>МАМЫР, 2027 ж.</w:t>
      </w:r>
    </w:p>
    <w:p w14:paraId="4733F32A" w14:textId="77777777" w:rsidR="00B553F4" w:rsidRPr="007A437A" w:rsidRDefault="00105697" w:rsidP="007A437A">
      <w:pPr>
        <w:spacing w:after="60" w:line="240" w:lineRule="auto"/>
        <w:rPr>
          <w:rFonts w:cs="Times New Roman"/>
          <w:sz w:val="22"/>
        </w:rPr>
      </w:pPr>
      <w:r w:rsidRPr="007A437A">
        <w:rPr>
          <w:rFonts w:cs="Times New Roman"/>
          <w:b/>
          <w:sz w:val="22"/>
        </w:rPr>
        <w:t xml:space="preserve">Айдың міндеті: </w:t>
      </w:r>
      <w:r w:rsidRPr="007A437A">
        <w:rPr>
          <w:rFonts w:cs="Times New Roman"/>
          <w:sz w:val="22"/>
        </w:rPr>
        <w:t>Жыл бойы меңгерілген бағдарлама мазмұнын бекіту: музыканы соңына дейін тыңдау, сипатын сезіну, жоғары және төмен дыбыстарды ажырату; әнді мәнерлеп және таза айту; музыкалық-ырғақты қимылдарды орындау; балалар музыкалық аспаптарын тану және атау; жұппен және атрибуттармен билеу; «Қамажай» биін орындау.</w:t>
      </w:r>
    </w:p>
    <w:tbl>
      <w:tblPr>
        <w:tblW w:w="10659" w:type="dxa"/>
        <w:jc w:val="center"/>
        <w:tblLayout w:type="fixed"/>
        <w:tblLook w:val="04A0" w:firstRow="1" w:lastRow="0" w:firstColumn="1" w:lastColumn="0" w:noHBand="0" w:noVBand="1"/>
      </w:tblPr>
      <w:tblGrid>
        <w:gridCol w:w="1899"/>
        <w:gridCol w:w="6692"/>
        <w:gridCol w:w="1331"/>
        <w:gridCol w:w="737"/>
      </w:tblGrid>
      <w:tr w:rsidR="00B553F4" w:rsidRPr="007A437A" w14:paraId="0F273BA9" w14:textId="77777777" w:rsidTr="0051503B">
        <w:trPr>
          <w:tblHeader/>
          <w:jc w:val="center"/>
        </w:trPr>
        <w:tc>
          <w:tcPr>
            <w:tcW w:w="1899"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2F045A57" w14:textId="77777777" w:rsidR="00B553F4" w:rsidRPr="007A437A" w:rsidRDefault="00105697" w:rsidP="007A437A">
            <w:pPr>
              <w:spacing w:after="0" w:line="240" w:lineRule="auto"/>
              <w:jc w:val="center"/>
              <w:rPr>
                <w:rFonts w:cs="Times New Roman"/>
                <w:sz w:val="22"/>
              </w:rPr>
            </w:pPr>
            <w:r w:rsidRPr="007A437A">
              <w:rPr>
                <w:rFonts w:cs="Times New Roman"/>
                <w:b/>
                <w:sz w:val="22"/>
              </w:rPr>
              <w:t>Тақырыбы</w:t>
            </w:r>
          </w:p>
        </w:tc>
        <w:tc>
          <w:tcPr>
            <w:tcW w:w="6692"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550A8B67" w14:textId="77777777" w:rsidR="00B553F4" w:rsidRPr="007A437A" w:rsidRDefault="00105697" w:rsidP="007A437A">
            <w:pPr>
              <w:spacing w:after="0" w:line="240" w:lineRule="auto"/>
              <w:jc w:val="center"/>
              <w:rPr>
                <w:rFonts w:cs="Times New Roman"/>
                <w:sz w:val="22"/>
              </w:rPr>
            </w:pPr>
            <w:r w:rsidRPr="007A437A">
              <w:rPr>
                <w:rFonts w:cs="Times New Roman"/>
                <w:b/>
                <w:sz w:val="22"/>
              </w:rPr>
              <w:t>Бағдарламалық мазмұны</w:t>
            </w:r>
          </w:p>
        </w:tc>
        <w:tc>
          <w:tcPr>
            <w:tcW w:w="1331"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1092D96B" w14:textId="77777777" w:rsidR="00B553F4" w:rsidRPr="007A437A" w:rsidRDefault="00105697" w:rsidP="007A437A">
            <w:pPr>
              <w:spacing w:after="0" w:line="240" w:lineRule="auto"/>
              <w:jc w:val="center"/>
              <w:rPr>
                <w:rFonts w:cs="Times New Roman"/>
                <w:sz w:val="22"/>
              </w:rPr>
            </w:pPr>
            <w:r w:rsidRPr="007A437A">
              <w:rPr>
                <w:rFonts w:cs="Times New Roman"/>
                <w:b/>
                <w:sz w:val="22"/>
              </w:rPr>
              <w:t>Мерзімі</w:t>
            </w:r>
          </w:p>
        </w:tc>
        <w:tc>
          <w:tcPr>
            <w:tcW w:w="737"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vAlign w:val="center"/>
          </w:tcPr>
          <w:p w14:paraId="6CABA008" w14:textId="77777777" w:rsidR="00B553F4" w:rsidRPr="007A437A" w:rsidRDefault="00105697" w:rsidP="007A437A">
            <w:pPr>
              <w:spacing w:after="0" w:line="240" w:lineRule="auto"/>
              <w:jc w:val="center"/>
              <w:rPr>
                <w:rFonts w:cs="Times New Roman"/>
                <w:sz w:val="22"/>
              </w:rPr>
            </w:pPr>
            <w:r w:rsidRPr="007A437A">
              <w:rPr>
                <w:rFonts w:cs="Times New Roman"/>
                <w:b/>
                <w:sz w:val="22"/>
              </w:rPr>
              <w:t>ҰІӘ</w:t>
            </w:r>
            <w:r w:rsidRPr="007A437A">
              <w:rPr>
                <w:rFonts w:cs="Times New Roman"/>
                <w:b/>
                <w:sz w:val="22"/>
              </w:rPr>
              <w:br/>
              <w:t>саны</w:t>
            </w:r>
          </w:p>
        </w:tc>
      </w:tr>
      <w:tr w:rsidR="00B553F4" w:rsidRPr="00DB2C3B" w14:paraId="2F0BEEBA"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F287378" w14:textId="77777777" w:rsidR="00B553F4" w:rsidRPr="007A437A" w:rsidRDefault="00105697" w:rsidP="007A437A">
            <w:pPr>
              <w:spacing w:after="0" w:line="240" w:lineRule="auto"/>
              <w:jc w:val="center"/>
              <w:rPr>
                <w:rFonts w:cs="Times New Roman"/>
                <w:sz w:val="22"/>
              </w:rPr>
            </w:pPr>
            <w:r w:rsidRPr="007A437A">
              <w:rPr>
                <w:rFonts w:cs="Times New Roman"/>
                <w:b/>
                <w:sz w:val="22"/>
              </w:rPr>
              <w:t>Әуенді тап</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DE2C1D2"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таныс шығармаларды білу, музыканың сипатын сезіну және алған әсері туралы әңгімелеу.</w:t>
            </w:r>
          </w:p>
          <w:p w14:paraId="7F327F9C"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сөздерді анық айту.</w:t>
            </w:r>
          </w:p>
          <w:p w14:paraId="4F567A48"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музыканың сипатына сәйкес қимылдарды ауыстыру.</w:t>
            </w:r>
          </w:p>
          <w:p w14:paraId="439E0AAD"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балалар музыкалық аспаптарын тану және атау.</w:t>
            </w:r>
          </w:p>
          <w:p w14:paraId="210C659E"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кіріспесін ажыратып, кіріспеден кейін қимылды бастау.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3A31EE9" w14:textId="77777777" w:rsidR="00B553F4" w:rsidRPr="007A437A" w:rsidRDefault="00DB2C3B" w:rsidP="007A437A">
            <w:pPr>
              <w:spacing w:after="0" w:line="240" w:lineRule="auto"/>
              <w:jc w:val="center"/>
              <w:rPr>
                <w:rFonts w:cs="Times New Roman"/>
                <w:sz w:val="22"/>
                <w:lang w:val="ru-RU"/>
              </w:rPr>
            </w:pPr>
            <w:r>
              <w:rPr>
                <w:rFonts w:cs="Times New Roman"/>
                <w:sz w:val="22"/>
                <w:lang w:val="ru-RU"/>
              </w:rPr>
              <w:t>27.05-29</w:t>
            </w:r>
            <w:r w:rsidR="0051503B">
              <w:rPr>
                <w:rFonts w:cs="Times New Roman"/>
                <w:sz w:val="22"/>
                <w:lang w:val="ru-RU"/>
              </w:rPr>
              <w:t>.05.2027ж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3E5B98B" w14:textId="77777777" w:rsidR="00B553F4" w:rsidRPr="00DB2C3B" w:rsidRDefault="00105697" w:rsidP="007A437A">
            <w:pPr>
              <w:spacing w:after="0" w:line="240" w:lineRule="auto"/>
              <w:jc w:val="center"/>
              <w:rPr>
                <w:rFonts w:cs="Times New Roman"/>
                <w:sz w:val="22"/>
                <w:lang w:val="ru-RU"/>
              </w:rPr>
            </w:pPr>
            <w:r w:rsidRPr="00DB2C3B">
              <w:rPr>
                <w:rFonts w:cs="Times New Roman"/>
                <w:b/>
                <w:sz w:val="22"/>
                <w:lang w:val="ru-RU"/>
              </w:rPr>
              <w:t>2</w:t>
            </w:r>
          </w:p>
        </w:tc>
      </w:tr>
      <w:tr w:rsidR="00B553F4" w:rsidRPr="00DB2C3B" w14:paraId="433C61DE"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7D21841" w14:textId="77777777" w:rsidR="00B553F4" w:rsidRPr="00DB2C3B" w:rsidRDefault="00105697" w:rsidP="007A437A">
            <w:pPr>
              <w:spacing w:after="0" w:line="240" w:lineRule="auto"/>
              <w:jc w:val="center"/>
              <w:rPr>
                <w:rFonts w:cs="Times New Roman"/>
                <w:sz w:val="22"/>
                <w:lang w:val="ru-RU"/>
              </w:rPr>
            </w:pPr>
            <w:r w:rsidRPr="00DB2C3B">
              <w:rPr>
                <w:rFonts w:cs="Times New Roman"/>
                <w:b/>
                <w:sz w:val="22"/>
                <w:lang w:val="ru-RU"/>
              </w:rPr>
              <w:t>Біз – кішкентай әншілерміз</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1F968C7" w14:textId="77777777" w:rsidR="00B553F4" w:rsidRPr="00DB2C3B" w:rsidRDefault="00105697" w:rsidP="007A437A">
            <w:pPr>
              <w:spacing w:after="0" w:line="240" w:lineRule="auto"/>
              <w:rPr>
                <w:rFonts w:cs="Times New Roman"/>
                <w:sz w:val="22"/>
                <w:lang w:val="ru-RU"/>
              </w:rPr>
            </w:pPr>
            <w:r w:rsidRPr="00DB2C3B">
              <w:rPr>
                <w:rFonts w:cs="Times New Roman"/>
                <w:b/>
                <w:sz w:val="22"/>
                <w:lang w:val="ru-RU"/>
              </w:rPr>
              <w:t xml:space="preserve">Музыка тыңдау: </w:t>
            </w:r>
            <w:r w:rsidRPr="00DB2C3B">
              <w:rPr>
                <w:rFonts w:cs="Times New Roman"/>
                <w:sz w:val="22"/>
                <w:lang w:val="ru-RU"/>
              </w:rPr>
              <w:t>музыкалық шығарманы алаңдамай соңына дейін тыңдау.</w:t>
            </w:r>
          </w:p>
          <w:p w14:paraId="68357B2C" w14:textId="77777777" w:rsidR="00B553F4" w:rsidRPr="001A406D" w:rsidRDefault="00105697" w:rsidP="007A437A">
            <w:pPr>
              <w:spacing w:after="0" w:line="240" w:lineRule="auto"/>
              <w:rPr>
                <w:rFonts w:cs="Times New Roman"/>
                <w:sz w:val="22"/>
                <w:lang w:val="ru-RU"/>
              </w:rPr>
            </w:pPr>
            <w:r w:rsidRPr="00DB2C3B">
              <w:rPr>
                <w:rFonts w:cs="Times New Roman"/>
                <w:b/>
                <w:sz w:val="22"/>
                <w:lang w:val="ru-RU"/>
              </w:rPr>
              <w:t xml:space="preserve">Ән айту: </w:t>
            </w:r>
            <w:r w:rsidRPr="00DB2C3B">
              <w:rPr>
                <w:rFonts w:cs="Times New Roman"/>
                <w:sz w:val="22"/>
                <w:lang w:val="ru-RU"/>
              </w:rPr>
              <w:t xml:space="preserve">ре–си бірінші октава </w:t>
            </w:r>
            <w:r w:rsidRPr="001A406D">
              <w:rPr>
                <w:rFonts w:cs="Times New Roman"/>
                <w:sz w:val="22"/>
                <w:lang w:val="ru-RU"/>
              </w:rPr>
              <w:t>шегінде әуенді таза, сөздерді анық айту; қысқа фразалар арасында тыныс алу; сүйемелдеумен және сүйемелдеусіз ән айту.</w:t>
            </w:r>
          </w:p>
          <w:p w14:paraId="66C341DD"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Музыкалық-ырғақты қимылдар: </w:t>
            </w:r>
            <w:r w:rsidRPr="001A406D">
              <w:rPr>
                <w:rFonts w:cs="Times New Roman"/>
                <w:sz w:val="22"/>
                <w:lang w:val="ru-RU"/>
              </w:rPr>
              <w:t>әнді қимылдармен үйлестіріп айту.</w:t>
            </w:r>
          </w:p>
          <w:p w14:paraId="6BC2B74A" w14:textId="77777777" w:rsidR="00B553F4" w:rsidRPr="001A406D" w:rsidRDefault="00105697" w:rsidP="007A437A">
            <w:pPr>
              <w:spacing w:after="0" w:line="240" w:lineRule="auto"/>
              <w:rPr>
                <w:rFonts w:cs="Times New Roman"/>
                <w:sz w:val="22"/>
                <w:lang w:val="ru-RU"/>
              </w:rPr>
            </w:pPr>
            <w:r w:rsidRPr="001A406D">
              <w:rPr>
                <w:rFonts w:cs="Times New Roman"/>
                <w:b/>
                <w:sz w:val="22"/>
                <w:lang w:val="ru-RU"/>
              </w:rPr>
              <w:t xml:space="preserve">Аспапта ойнау: </w:t>
            </w:r>
            <w:r w:rsidRPr="001A406D">
              <w:rPr>
                <w:rFonts w:cs="Times New Roman"/>
                <w:sz w:val="22"/>
                <w:lang w:val="ru-RU"/>
              </w:rPr>
              <w:t>сылдырмақпен қарапайым әуенді ойнау.</w:t>
            </w:r>
          </w:p>
          <w:p w14:paraId="27FE8353"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жұппен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6A00E14A" w14:textId="77777777" w:rsidR="00B553F4" w:rsidRPr="007A437A" w:rsidRDefault="00DB2C3B" w:rsidP="007A437A">
            <w:pPr>
              <w:spacing w:after="0" w:line="240" w:lineRule="auto"/>
              <w:jc w:val="center"/>
              <w:rPr>
                <w:rFonts w:cs="Times New Roman"/>
                <w:sz w:val="22"/>
                <w:lang w:val="ru-RU"/>
              </w:rPr>
            </w:pPr>
            <w:r>
              <w:rPr>
                <w:rFonts w:cs="Times New Roman"/>
                <w:sz w:val="22"/>
                <w:lang w:val="ru-RU"/>
              </w:rPr>
              <w:t>04.05.-06</w:t>
            </w:r>
            <w:r w:rsidR="0051503B">
              <w:rPr>
                <w:rFonts w:cs="Times New Roman"/>
                <w:sz w:val="22"/>
                <w:lang w:val="ru-RU"/>
              </w:rPr>
              <w:t>.05.2027ж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ECFC16E" w14:textId="77777777" w:rsidR="00B553F4" w:rsidRPr="0051503B" w:rsidRDefault="00105697" w:rsidP="007A437A">
            <w:pPr>
              <w:spacing w:after="0" w:line="240" w:lineRule="auto"/>
              <w:jc w:val="center"/>
              <w:rPr>
                <w:rFonts w:cs="Times New Roman"/>
                <w:sz w:val="22"/>
                <w:lang w:val="ru-RU"/>
              </w:rPr>
            </w:pPr>
            <w:r w:rsidRPr="0051503B">
              <w:rPr>
                <w:rFonts w:cs="Times New Roman"/>
                <w:b/>
                <w:sz w:val="22"/>
                <w:lang w:val="ru-RU"/>
              </w:rPr>
              <w:t>2</w:t>
            </w:r>
          </w:p>
        </w:tc>
      </w:tr>
      <w:tr w:rsidR="00B553F4" w:rsidRPr="007A437A" w14:paraId="6AB1A7B0"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7E83515E" w14:textId="77777777" w:rsidR="00B553F4" w:rsidRPr="0051503B" w:rsidRDefault="00105697" w:rsidP="007A437A">
            <w:pPr>
              <w:spacing w:after="0" w:line="240" w:lineRule="auto"/>
              <w:jc w:val="center"/>
              <w:rPr>
                <w:rFonts w:cs="Times New Roman"/>
                <w:sz w:val="22"/>
                <w:lang w:val="ru-RU"/>
              </w:rPr>
            </w:pPr>
            <w:r w:rsidRPr="0051503B">
              <w:rPr>
                <w:rFonts w:cs="Times New Roman"/>
                <w:b/>
                <w:sz w:val="22"/>
                <w:lang w:val="ru-RU"/>
              </w:rPr>
              <w:t>Біз – кішкентай оркестрміз</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ED58D8B"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 тыңдау: </w:t>
            </w:r>
            <w:r w:rsidRPr="007A437A">
              <w:rPr>
                <w:rFonts w:cs="Times New Roman"/>
                <w:sz w:val="22"/>
                <w:lang w:val="ru-RU"/>
              </w:rPr>
              <w:t>таныс шығармаларды тыңдау.</w:t>
            </w:r>
          </w:p>
          <w:p w14:paraId="31A3D3DB"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Ән айту: </w:t>
            </w:r>
            <w:r w:rsidRPr="007A437A">
              <w:rPr>
                <w:rFonts w:cs="Times New Roman"/>
                <w:sz w:val="22"/>
                <w:lang w:val="ru-RU"/>
              </w:rPr>
              <w:t>әнді музыканың сипатын жеткізе айту.</w:t>
            </w:r>
          </w:p>
          <w:p w14:paraId="75034189"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Музыкалық-ырғақты қимылдар: </w:t>
            </w:r>
            <w:r w:rsidRPr="007A437A">
              <w:rPr>
                <w:rFonts w:cs="Times New Roman"/>
                <w:sz w:val="22"/>
                <w:lang w:val="ru-RU"/>
              </w:rPr>
              <w:t>жеңіл, ырғақты қимылдар орындау.</w:t>
            </w:r>
          </w:p>
          <w:p w14:paraId="18F621D4"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Аспапта ойнау: </w:t>
            </w:r>
            <w:r w:rsidRPr="007A437A">
              <w:rPr>
                <w:rFonts w:cs="Times New Roman"/>
                <w:sz w:val="22"/>
                <w:lang w:val="ru-RU"/>
              </w:rPr>
              <w:t>ағаш қасық, сылдырмақ, асатаяқ, домбыра, сазсырнай, барабан және металлофонды тану, атау және қарапайым әуендерді ойнау.</w:t>
            </w:r>
          </w:p>
          <w:p w14:paraId="357C7BA3" w14:textId="77777777" w:rsidR="00B553F4" w:rsidRPr="007A437A" w:rsidRDefault="00105697" w:rsidP="007A437A">
            <w:pPr>
              <w:spacing w:after="0" w:line="240" w:lineRule="auto"/>
              <w:rPr>
                <w:rFonts w:cs="Times New Roman"/>
                <w:sz w:val="22"/>
                <w:lang w:val="ru-RU"/>
              </w:rPr>
            </w:pPr>
            <w:r w:rsidRPr="007A437A">
              <w:rPr>
                <w:rFonts w:cs="Times New Roman"/>
                <w:b/>
                <w:sz w:val="22"/>
                <w:lang w:val="ru-RU"/>
              </w:rPr>
              <w:t xml:space="preserve">Билер: </w:t>
            </w:r>
            <w:r w:rsidRPr="007A437A">
              <w:rPr>
                <w:rFonts w:cs="Times New Roman"/>
                <w:sz w:val="22"/>
                <w:lang w:val="ru-RU"/>
              </w:rPr>
              <w:t>музыканың көңілді, ойнақы сипатын ажыратып, ойын қимылдарын қолдану.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039FE9D8" w14:textId="77777777" w:rsidR="00B553F4" w:rsidRPr="007A437A" w:rsidRDefault="00DB2C3B" w:rsidP="007A437A">
            <w:pPr>
              <w:spacing w:after="0" w:line="240" w:lineRule="auto"/>
              <w:jc w:val="center"/>
              <w:rPr>
                <w:rFonts w:cs="Times New Roman"/>
                <w:sz w:val="22"/>
                <w:lang w:val="ru-RU"/>
              </w:rPr>
            </w:pPr>
            <w:r>
              <w:rPr>
                <w:rFonts w:cs="Times New Roman"/>
                <w:sz w:val="22"/>
                <w:lang w:val="ru-RU"/>
              </w:rPr>
              <w:t>13.05-18</w:t>
            </w:r>
            <w:r w:rsidR="0051503B">
              <w:rPr>
                <w:rFonts w:cs="Times New Roman"/>
                <w:sz w:val="22"/>
                <w:lang w:val="ru-RU"/>
              </w:rPr>
              <w:t>.05.2027ж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28DABDD7"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r w:rsidR="00B553F4" w:rsidRPr="007A437A" w14:paraId="6E2406A8" w14:textId="77777777" w:rsidTr="0051503B">
        <w:trPr>
          <w:cantSplit/>
          <w:jc w:val="center"/>
        </w:trPr>
        <w:tc>
          <w:tcPr>
            <w:tcW w:w="1899"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3C7AE8D3" w14:textId="77777777" w:rsidR="00B553F4" w:rsidRPr="007A437A" w:rsidRDefault="00105697" w:rsidP="007A437A">
            <w:pPr>
              <w:spacing w:after="0" w:line="240" w:lineRule="auto"/>
              <w:jc w:val="center"/>
              <w:rPr>
                <w:rFonts w:cs="Times New Roman"/>
                <w:sz w:val="22"/>
              </w:rPr>
            </w:pPr>
            <w:r w:rsidRPr="007A437A">
              <w:rPr>
                <w:rFonts w:cs="Times New Roman"/>
                <w:b/>
                <w:sz w:val="22"/>
              </w:rPr>
              <w:t>Қорытынды музыкалық мереке</w:t>
            </w:r>
          </w:p>
        </w:tc>
        <w:tc>
          <w:tcPr>
            <w:tcW w:w="6692"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242B0FB"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 тыңдау: </w:t>
            </w:r>
            <w:r w:rsidRPr="007A437A">
              <w:rPr>
                <w:rFonts w:cs="Times New Roman"/>
                <w:sz w:val="22"/>
              </w:rPr>
              <w:t>домбырамен орындалған әндер мен күйлерді және таныс шығармаларды тыңдау.</w:t>
            </w:r>
          </w:p>
          <w:p w14:paraId="638C6E37" w14:textId="77777777" w:rsidR="00B553F4" w:rsidRPr="007A437A" w:rsidRDefault="00105697" w:rsidP="007A437A">
            <w:pPr>
              <w:spacing w:after="0" w:line="240" w:lineRule="auto"/>
              <w:rPr>
                <w:rFonts w:cs="Times New Roman"/>
                <w:sz w:val="22"/>
              </w:rPr>
            </w:pPr>
            <w:r w:rsidRPr="007A437A">
              <w:rPr>
                <w:rFonts w:cs="Times New Roman"/>
                <w:b/>
                <w:sz w:val="22"/>
              </w:rPr>
              <w:t xml:space="preserve">Ән айту: </w:t>
            </w:r>
            <w:r w:rsidRPr="007A437A">
              <w:rPr>
                <w:rFonts w:cs="Times New Roman"/>
                <w:sz w:val="22"/>
              </w:rPr>
              <w:t>әнді мәнерлеп, созып, қимылдармен үйлестіріп айту.</w:t>
            </w:r>
          </w:p>
          <w:p w14:paraId="1D6D1670" w14:textId="77777777" w:rsidR="00B553F4" w:rsidRPr="007A437A" w:rsidRDefault="00105697" w:rsidP="007A437A">
            <w:pPr>
              <w:spacing w:after="0" w:line="240" w:lineRule="auto"/>
              <w:rPr>
                <w:rFonts w:cs="Times New Roman"/>
                <w:sz w:val="22"/>
              </w:rPr>
            </w:pPr>
            <w:r w:rsidRPr="007A437A">
              <w:rPr>
                <w:rFonts w:cs="Times New Roman"/>
                <w:b/>
                <w:sz w:val="22"/>
              </w:rPr>
              <w:t xml:space="preserve">Музыкалық-ырғақты қимылдар: </w:t>
            </w:r>
            <w:r w:rsidRPr="007A437A">
              <w:rPr>
                <w:rFonts w:cs="Times New Roman"/>
                <w:sz w:val="22"/>
              </w:rPr>
              <w:t>марш, жеңіл жүгіру, қос аяқпен секіру, жүрелеп отыру және қимылды өзгерту.</w:t>
            </w:r>
          </w:p>
          <w:p w14:paraId="7D029416" w14:textId="77777777" w:rsidR="00B553F4" w:rsidRPr="007A437A" w:rsidRDefault="00105697" w:rsidP="007A437A">
            <w:pPr>
              <w:spacing w:after="0" w:line="240" w:lineRule="auto"/>
              <w:rPr>
                <w:rFonts w:cs="Times New Roman"/>
                <w:sz w:val="22"/>
              </w:rPr>
            </w:pPr>
            <w:r w:rsidRPr="007A437A">
              <w:rPr>
                <w:rFonts w:cs="Times New Roman"/>
                <w:b/>
                <w:sz w:val="22"/>
              </w:rPr>
              <w:t xml:space="preserve">Аспапта ойнау: </w:t>
            </w:r>
            <w:r w:rsidRPr="007A437A">
              <w:rPr>
                <w:rFonts w:cs="Times New Roman"/>
                <w:sz w:val="22"/>
              </w:rPr>
              <w:t>таныс әндерді балалар музыкалық аспаптарымен сүйемелдеу.</w:t>
            </w:r>
          </w:p>
          <w:p w14:paraId="66F8022E" w14:textId="77777777" w:rsidR="00B553F4" w:rsidRPr="007A437A" w:rsidRDefault="00105697" w:rsidP="007A437A">
            <w:pPr>
              <w:spacing w:after="0" w:line="240" w:lineRule="auto"/>
              <w:rPr>
                <w:rFonts w:cs="Times New Roman"/>
                <w:sz w:val="22"/>
              </w:rPr>
            </w:pPr>
            <w:r w:rsidRPr="007A437A">
              <w:rPr>
                <w:rFonts w:cs="Times New Roman"/>
                <w:b/>
                <w:sz w:val="22"/>
              </w:rPr>
              <w:t xml:space="preserve">Билер: </w:t>
            </w:r>
            <w:r w:rsidRPr="007A437A">
              <w:rPr>
                <w:rFonts w:cs="Times New Roman"/>
                <w:sz w:val="22"/>
              </w:rPr>
              <w:t>«Қамажай» биін, жұппен және атрибуттармен би қимылдарын орындау.</w:t>
            </w:r>
          </w:p>
        </w:tc>
        <w:tc>
          <w:tcPr>
            <w:tcW w:w="1331"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3789805" w14:textId="77777777" w:rsidR="00B553F4" w:rsidRPr="0051503B" w:rsidRDefault="00DB2C3B" w:rsidP="00B26A77">
            <w:pPr>
              <w:spacing w:after="0" w:line="240" w:lineRule="auto"/>
              <w:jc w:val="center"/>
              <w:rPr>
                <w:rFonts w:cs="Times New Roman"/>
                <w:sz w:val="22"/>
                <w:lang w:val="kk-KZ"/>
              </w:rPr>
            </w:pPr>
            <w:r>
              <w:rPr>
                <w:rFonts w:cs="Times New Roman"/>
                <w:sz w:val="22"/>
                <w:lang w:val="kk-KZ"/>
              </w:rPr>
              <w:t>20.05-</w:t>
            </w:r>
            <w:r w:rsidR="00B26A77">
              <w:rPr>
                <w:rFonts w:cs="Times New Roman"/>
                <w:sz w:val="22"/>
                <w:lang w:val="kk-KZ"/>
              </w:rPr>
              <w:t>25.05</w:t>
            </w:r>
            <w:r w:rsidR="0051503B">
              <w:rPr>
                <w:rFonts w:cs="Times New Roman"/>
                <w:sz w:val="22"/>
                <w:lang w:val="kk-KZ"/>
              </w:rPr>
              <w:t>.2027ж</w:t>
            </w:r>
          </w:p>
        </w:tc>
        <w:tc>
          <w:tcPr>
            <w:tcW w:w="737" w:type="dxa"/>
            <w:tcBorders>
              <w:top w:val="single" w:sz="6" w:space="0" w:color="000000"/>
              <w:left w:val="single" w:sz="6" w:space="0" w:color="000000"/>
              <w:bottom w:val="single" w:sz="6" w:space="0" w:color="000000"/>
              <w:right w:val="single" w:sz="6" w:space="0" w:color="000000"/>
            </w:tcBorders>
            <w:tcMar>
              <w:top w:w="45" w:type="dxa"/>
              <w:left w:w="55" w:type="dxa"/>
              <w:bottom w:w="45" w:type="dxa"/>
              <w:right w:w="55" w:type="dxa"/>
            </w:tcMar>
            <w:vAlign w:val="center"/>
          </w:tcPr>
          <w:p w14:paraId="546CD494" w14:textId="77777777" w:rsidR="00B553F4" w:rsidRPr="007A437A" w:rsidRDefault="00105697" w:rsidP="007A437A">
            <w:pPr>
              <w:spacing w:after="0" w:line="240" w:lineRule="auto"/>
              <w:jc w:val="center"/>
              <w:rPr>
                <w:rFonts w:cs="Times New Roman"/>
                <w:sz w:val="22"/>
              </w:rPr>
            </w:pPr>
            <w:r w:rsidRPr="007A437A">
              <w:rPr>
                <w:rFonts w:cs="Times New Roman"/>
                <w:b/>
                <w:sz w:val="22"/>
              </w:rPr>
              <w:t>2</w:t>
            </w:r>
          </w:p>
        </w:tc>
      </w:tr>
    </w:tbl>
    <w:p w14:paraId="77205383" w14:textId="77777777" w:rsidR="00B553F4" w:rsidRPr="007A437A" w:rsidRDefault="00105697" w:rsidP="007A437A">
      <w:pPr>
        <w:spacing w:before="80" w:after="0" w:line="240" w:lineRule="auto"/>
        <w:jc w:val="right"/>
        <w:rPr>
          <w:rFonts w:cs="Times New Roman"/>
          <w:sz w:val="22"/>
        </w:rPr>
      </w:pPr>
      <w:r w:rsidRPr="007A437A">
        <w:rPr>
          <w:rFonts w:cs="Times New Roman"/>
          <w:b/>
          <w:sz w:val="22"/>
        </w:rPr>
        <w:t>Барлығы: 72 ҰІӘ</w:t>
      </w:r>
    </w:p>
    <w:p w14:paraId="2E30CBCA" w14:textId="77777777" w:rsidR="00B553F4" w:rsidRPr="00B26A77" w:rsidRDefault="00105697" w:rsidP="007A437A">
      <w:pPr>
        <w:spacing w:line="240" w:lineRule="auto"/>
        <w:rPr>
          <w:rFonts w:cs="Times New Roman"/>
          <w:sz w:val="22"/>
          <w:lang w:val="kk-KZ"/>
        </w:rPr>
      </w:pPr>
      <w:r w:rsidRPr="007A437A">
        <w:rPr>
          <w:rFonts w:cs="Times New Roman"/>
          <w:sz w:val="22"/>
        </w:rPr>
        <w:t>Музыка жетекшісі</w:t>
      </w:r>
      <w:r w:rsidR="00B26A77">
        <w:rPr>
          <w:rFonts w:cs="Times New Roman"/>
          <w:sz w:val="22"/>
          <w:lang w:val="kk-KZ"/>
        </w:rPr>
        <w:t>: Мубаракова Т</w:t>
      </w:r>
    </w:p>
    <w:sectPr w:rsidR="00B553F4" w:rsidRPr="00B26A77" w:rsidSect="007A437A">
      <w:pgSz w:w="11906" w:h="16838"/>
      <w:pgMar w:top="993" w:right="991" w:bottom="652"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97382634">
    <w:abstractNumId w:val="8"/>
  </w:num>
  <w:num w:numId="2" w16cid:durableId="1639259513">
    <w:abstractNumId w:val="6"/>
  </w:num>
  <w:num w:numId="3" w16cid:durableId="633995911">
    <w:abstractNumId w:val="5"/>
  </w:num>
  <w:num w:numId="4" w16cid:durableId="1582525202">
    <w:abstractNumId w:val="4"/>
  </w:num>
  <w:num w:numId="5" w16cid:durableId="859514232">
    <w:abstractNumId w:val="7"/>
  </w:num>
  <w:num w:numId="6" w16cid:durableId="1495412612">
    <w:abstractNumId w:val="3"/>
  </w:num>
  <w:num w:numId="7" w16cid:durableId="227572414">
    <w:abstractNumId w:val="2"/>
  </w:num>
  <w:num w:numId="8" w16cid:durableId="357707089">
    <w:abstractNumId w:val="1"/>
  </w:num>
  <w:num w:numId="9" w16cid:durableId="157746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105697"/>
    <w:rsid w:val="0015074B"/>
    <w:rsid w:val="001A406D"/>
    <w:rsid w:val="00281B13"/>
    <w:rsid w:val="0029639D"/>
    <w:rsid w:val="00326F90"/>
    <w:rsid w:val="00377F93"/>
    <w:rsid w:val="00482B9F"/>
    <w:rsid w:val="0051503B"/>
    <w:rsid w:val="00536FA3"/>
    <w:rsid w:val="006576FE"/>
    <w:rsid w:val="0066595D"/>
    <w:rsid w:val="007A2814"/>
    <w:rsid w:val="007A437A"/>
    <w:rsid w:val="007A5CF4"/>
    <w:rsid w:val="00837103"/>
    <w:rsid w:val="00914784"/>
    <w:rsid w:val="009D03C0"/>
    <w:rsid w:val="00AA1D8D"/>
    <w:rsid w:val="00B26A77"/>
    <w:rsid w:val="00B47730"/>
    <w:rsid w:val="00B553F4"/>
    <w:rsid w:val="00BB2344"/>
    <w:rsid w:val="00BB5C08"/>
    <w:rsid w:val="00CB0664"/>
    <w:rsid w:val="00DB2C3B"/>
    <w:rsid w:val="00DC2DD0"/>
    <w:rsid w:val="00E27A4A"/>
    <w:rsid w:val="00F20F1A"/>
    <w:rsid w:val="00FC6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AE901"/>
  <w15:docId w15:val="{C44DFB0F-79C0-4D7D-8651-AFB19D2A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Main">
    <w:name w:val="TitleMain"/>
    <w:rsid w:val="007A437A"/>
    <w:pPr>
      <w:spacing w:before="60" w:after="80"/>
    </w:pPr>
    <w:rPr>
      <w:rFonts w:ascii="Times New Roman" w:eastAsia="Times New Roman" w:hAnsi="Times New Roman"/>
      <w:b/>
      <w:sz w:val="28"/>
    </w:rPr>
  </w:style>
  <w:style w:type="paragraph" w:customStyle="1" w:styleId="Head1Kaz">
    <w:name w:val="Head1Kaz"/>
    <w:rsid w:val="007A437A"/>
    <w:pPr>
      <w:spacing w:before="60" w:after="80"/>
    </w:pPr>
    <w:rPr>
      <w:rFonts w:ascii="Times New Roman" w:eastAsia="Times New Roman" w:hAnsi="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361C5-7604-4F0C-971E-EBAC6412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3065</Words>
  <Characters>17475</Characters>
  <Application>Microsoft Office Word</Application>
  <DocSecurity>0</DocSecurity>
  <Lines>145</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13</cp:revision>
  <dcterms:created xsi:type="dcterms:W3CDTF">2013-12-23T23:15:00Z</dcterms:created>
  <dcterms:modified xsi:type="dcterms:W3CDTF">2026-09-28T14:02:00Z</dcterms:modified>
  <cp:category/>
</cp:coreProperties>
</file>